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EDAC8" w14:textId="77777777" w:rsidR="005B041B" w:rsidRPr="00F14869" w:rsidRDefault="005B041B" w:rsidP="005B041B"/>
    <w:p w14:paraId="084E1289" w14:textId="1E9FC0D2" w:rsidR="005B041B" w:rsidRDefault="005B041B" w:rsidP="005B041B">
      <w:pPr>
        <w:spacing w:after="0" w:line="240" w:lineRule="auto"/>
        <w:ind w:firstLine="709"/>
        <w:jc w:val="right"/>
        <w:rPr>
          <w:b/>
          <w:bCs/>
          <w:lang w:val="ru-RU"/>
        </w:rPr>
      </w:pPr>
      <w:r w:rsidRPr="006C1C75">
        <w:rPr>
          <w:b/>
          <w:bCs/>
          <w:lang w:val="ru-RU"/>
        </w:rPr>
        <w:t>У</w:t>
      </w:r>
      <w:r>
        <w:rPr>
          <w:b/>
          <w:bCs/>
          <w:lang w:val="ru-RU"/>
        </w:rPr>
        <w:t>твержден</w:t>
      </w:r>
      <w:r w:rsidR="00B57BCC">
        <w:rPr>
          <w:b/>
          <w:bCs/>
          <w:lang w:val="ru-RU"/>
        </w:rPr>
        <w:t>а</w:t>
      </w:r>
    </w:p>
    <w:p w14:paraId="2D86ECFC" w14:textId="6326FC79" w:rsidR="005B041B" w:rsidRDefault="00B57BCC" w:rsidP="005B041B">
      <w:pPr>
        <w:spacing w:after="0" w:line="240" w:lineRule="auto"/>
        <w:ind w:firstLine="709"/>
        <w:jc w:val="right"/>
        <w:rPr>
          <w:bCs/>
          <w:lang w:val="ru-RU"/>
        </w:rPr>
      </w:pPr>
      <w:r>
        <w:rPr>
          <w:bCs/>
          <w:lang w:val="ru-RU"/>
        </w:rPr>
        <w:t>П</w:t>
      </w:r>
      <w:r w:rsidR="005B041B" w:rsidRPr="006C1C75">
        <w:rPr>
          <w:bCs/>
          <w:lang w:val="ru-RU"/>
        </w:rPr>
        <w:t>риказ</w:t>
      </w:r>
      <w:r>
        <w:rPr>
          <w:bCs/>
          <w:lang w:val="ru-RU"/>
        </w:rPr>
        <w:t>ом</w:t>
      </w:r>
      <w:r w:rsidR="005B041B" w:rsidRPr="006C1C75">
        <w:rPr>
          <w:bCs/>
          <w:lang w:val="ru-RU"/>
        </w:rPr>
        <w:t xml:space="preserve"> директора </w:t>
      </w:r>
    </w:p>
    <w:p w14:paraId="2C3E5BC9" w14:textId="77777777" w:rsidR="005B041B" w:rsidRDefault="005B041B" w:rsidP="005B041B">
      <w:pPr>
        <w:spacing w:after="0" w:line="240" w:lineRule="auto"/>
        <w:ind w:firstLine="709"/>
        <w:jc w:val="right"/>
        <w:rPr>
          <w:bCs/>
          <w:lang w:val="ru-RU"/>
        </w:rPr>
      </w:pPr>
      <w:r w:rsidRPr="006C1C75">
        <w:rPr>
          <w:bCs/>
          <w:lang w:val="ru-RU"/>
        </w:rPr>
        <w:t>НО «Фонд развития Чукотки»</w:t>
      </w:r>
    </w:p>
    <w:p w14:paraId="6F53F87F" w14:textId="2F32E2B0" w:rsidR="005B041B" w:rsidRDefault="005B041B" w:rsidP="005B041B">
      <w:pPr>
        <w:spacing w:after="0" w:line="240" w:lineRule="auto"/>
        <w:ind w:firstLine="709"/>
        <w:jc w:val="right"/>
        <w:rPr>
          <w:bCs/>
          <w:lang w:val="ru-RU"/>
        </w:rPr>
      </w:pPr>
      <w:r w:rsidRPr="006C1C75">
        <w:rPr>
          <w:bCs/>
          <w:lang w:val="ru-RU"/>
        </w:rPr>
        <w:t xml:space="preserve"> </w:t>
      </w:r>
      <w:r w:rsidRPr="005045E0">
        <w:rPr>
          <w:bCs/>
          <w:lang w:val="ru-RU"/>
        </w:rPr>
        <w:t xml:space="preserve">от </w:t>
      </w:r>
      <w:r w:rsidR="00B57BCC" w:rsidRPr="005045E0">
        <w:rPr>
          <w:bCs/>
          <w:lang w:val="ru-RU"/>
        </w:rPr>
        <w:t>«</w:t>
      </w:r>
      <w:r w:rsidR="005045E0" w:rsidRPr="005045E0">
        <w:rPr>
          <w:bCs/>
          <w:lang w:val="ru-RU"/>
        </w:rPr>
        <w:t>02</w:t>
      </w:r>
      <w:r w:rsidR="00B57BCC" w:rsidRPr="005045E0">
        <w:rPr>
          <w:bCs/>
          <w:lang w:val="ru-RU"/>
        </w:rPr>
        <w:t>»</w:t>
      </w:r>
      <w:r w:rsidR="0056141D" w:rsidRPr="005045E0">
        <w:rPr>
          <w:bCs/>
          <w:lang w:val="ru-RU"/>
        </w:rPr>
        <w:t xml:space="preserve"> </w:t>
      </w:r>
      <w:r w:rsidR="005045E0" w:rsidRPr="005045E0">
        <w:rPr>
          <w:bCs/>
          <w:lang w:val="ru-RU"/>
        </w:rPr>
        <w:t>сентября</w:t>
      </w:r>
      <w:r w:rsidR="007E4575" w:rsidRPr="003E14EB">
        <w:rPr>
          <w:bCs/>
          <w:lang w:val="ru-RU"/>
        </w:rPr>
        <w:t xml:space="preserve"> </w:t>
      </w:r>
      <w:r w:rsidRPr="003E14EB">
        <w:rPr>
          <w:bCs/>
          <w:lang w:val="ru-RU"/>
        </w:rPr>
        <w:t>202</w:t>
      </w:r>
      <w:r w:rsidR="007E4575" w:rsidRPr="003E14EB">
        <w:rPr>
          <w:bCs/>
          <w:lang w:val="ru-RU"/>
        </w:rPr>
        <w:t>6</w:t>
      </w:r>
      <w:r w:rsidRPr="003E14EB">
        <w:rPr>
          <w:bCs/>
          <w:lang w:val="ru-RU"/>
        </w:rPr>
        <w:t>г. №</w:t>
      </w:r>
      <w:r w:rsidR="00B57BCC">
        <w:rPr>
          <w:bCs/>
          <w:lang w:val="ru-RU"/>
        </w:rPr>
        <w:t xml:space="preserve"> </w:t>
      </w:r>
    </w:p>
    <w:p w14:paraId="03710F1C" w14:textId="77777777" w:rsidR="005B041B" w:rsidRDefault="005B041B" w:rsidP="005B041B">
      <w:pPr>
        <w:spacing w:after="0" w:line="240" w:lineRule="auto"/>
        <w:ind w:firstLine="709"/>
        <w:jc w:val="right"/>
        <w:rPr>
          <w:bCs/>
          <w:lang w:val="ru-RU"/>
        </w:rPr>
      </w:pPr>
    </w:p>
    <w:p w14:paraId="235D5919" w14:textId="77777777" w:rsidR="005B041B" w:rsidRPr="00396E78" w:rsidRDefault="005B041B" w:rsidP="005B041B">
      <w:pPr>
        <w:spacing w:after="0" w:line="240" w:lineRule="auto"/>
        <w:ind w:firstLine="709"/>
        <w:jc w:val="right"/>
        <w:rPr>
          <w:bCs/>
          <w:lang w:val="ru-RU"/>
        </w:rPr>
      </w:pPr>
      <w:bookmarkStart w:id="0" w:name="_GoBack"/>
      <w:bookmarkEnd w:id="0"/>
    </w:p>
    <w:p w14:paraId="4F2FE933" w14:textId="77777777" w:rsidR="005B041B" w:rsidRDefault="005B041B" w:rsidP="005B041B">
      <w:pPr>
        <w:jc w:val="center"/>
        <w:rPr>
          <w:b/>
          <w:lang w:val="ru-RU"/>
        </w:rPr>
      </w:pPr>
    </w:p>
    <w:p w14:paraId="78865101" w14:textId="77777777" w:rsidR="00B57BCC" w:rsidRDefault="00B57BCC" w:rsidP="005B041B">
      <w:pPr>
        <w:jc w:val="center"/>
        <w:rPr>
          <w:b/>
          <w:lang w:val="ru-RU"/>
        </w:rPr>
      </w:pPr>
    </w:p>
    <w:p w14:paraId="1AF438CB" w14:textId="77777777" w:rsidR="00B57BCC" w:rsidRDefault="00B57BCC" w:rsidP="005B041B">
      <w:pPr>
        <w:jc w:val="center"/>
        <w:rPr>
          <w:b/>
          <w:lang w:val="ru-RU"/>
        </w:rPr>
      </w:pPr>
    </w:p>
    <w:p w14:paraId="1E807730" w14:textId="350962B1" w:rsidR="002E356C" w:rsidRDefault="005B041B" w:rsidP="005B041B">
      <w:pPr>
        <w:jc w:val="center"/>
        <w:rPr>
          <w:b/>
          <w:lang w:val="ru-RU"/>
        </w:rPr>
      </w:pPr>
      <w:r w:rsidRPr="00A25C45">
        <w:rPr>
          <w:b/>
          <w:lang w:val="ru-RU"/>
        </w:rPr>
        <w:t xml:space="preserve">ПОЛИТИКА </w:t>
      </w:r>
      <w:r w:rsidR="008B199F" w:rsidRPr="0056141D">
        <w:rPr>
          <w:b/>
          <w:lang w:val="ru-RU"/>
        </w:rPr>
        <w:t>КОНФИДЕНЦИАЛЬНОСТИ</w:t>
      </w:r>
      <w:r w:rsidR="008B199F">
        <w:rPr>
          <w:b/>
          <w:lang w:val="ru-RU"/>
        </w:rPr>
        <w:t xml:space="preserve"> </w:t>
      </w:r>
      <w:r w:rsidRPr="00A25C45">
        <w:rPr>
          <w:b/>
          <w:lang w:val="ru-RU"/>
        </w:rPr>
        <w:t>В ОТНОШЕНИИ ОБРАБОТКИ</w:t>
      </w:r>
    </w:p>
    <w:p w14:paraId="7C12308D" w14:textId="61C45283" w:rsidR="005B041B" w:rsidRPr="00EB783F" w:rsidRDefault="005B041B" w:rsidP="005B041B">
      <w:pPr>
        <w:jc w:val="center"/>
        <w:rPr>
          <w:lang w:val="ru-RU"/>
        </w:rPr>
      </w:pPr>
      <w:r w:rsidRPr="00A25C45">
        <w:rPr>
          <w:b/>
          <w:lang w:val="ru-RU"/>
        </w:rPr>
        <w:t>ПЕРСОНАЛЬНЫХ ДАННЫХ</w:t>
      </w:r>
      <w:r w:rsidR="00EB783F">
        <w:rPr>
          <w:b/>
          <w:lang w:val="ru-RU"/>
        </w:rPr>
        <w:t xml:space="preserve"> ПОЛЬЗОВАТЕЛЕЙ ВЕБ-САЙТОВ </w:t>
      </w:r>
    </w:p>
    <w:p w14:paraId="7D58535E" w14:textId="77777777" w:rsidR="002E356C" w:rsidRDefault="005B041B" w:rsidP="005B041B">
      <w:pPr>
        <w:jc w:val="center"/>
        <w:rPr>
          <w:lang w:val="ru-RU"/>
        </w:rPr>
      </w:pPr>
      <w:r w:rsidRPr="00A25C45">
        <w:rPr>
          <w:lang w:val="ru-RU"/>
        </w:rPr>
        <w:t>Некоммерческ</w:t>
      </w:r>
      <w:r w:rsidR="00B57BCC">
        <w:rPr>
          <w:lang w:val="ru-RU"/>
        </w:rPr>
        <w:t>ой</w:t>
      </w:r>
      <w:r w:rsidRPr="00A25C45">
        <w:rPr>
          <w:lang w:val="ru-RU"/>
        </w:rPr>
        <w:t xml:space="preserve"> организаци</w:t>
      </w:r>
      <w:r w:rsidR="00B57BCC">
        <w:rPr>
          <w:lang w:val="ru-RU"/>
        </w:rPr>
        <w:t>и</w:t>
      </w:r>
      <w:r w:rsidRPr="00A25C45">
        <w:rPr>
          <w:lang w:val="ru-RU"/>
        </w:rPr>
        <w:t xml:space="preserve"> «Фонд развития экономики и прямых инвестиций </w:t>
      </w:r>
    </w:p>
    <w:p w14:paraId="60DD880F" w14:textId="47520962" w:rsidR="005B041B" w:rsidRPr="00A25C45" w:rsidRDefault="005B041B" w:rsidP="005B041B">
      <w:pPr>
        <w:jc w:val="center"/>
        <w:rPr>
          <w:lang w:val="ru-RU"/>
        </w:rPr>
      </w:pPr>
      <w:r w:rsidRPr="00A25C45">
        <w:rPr>
          <w:lang w:val="ru-RU"/>
        </w:rPr>
        <w:t>Чукотского автономного округа»</w:t>
      </w:r>
      <w:r w:rsidR="00B57BCC">
        <w:rPr>
          <w:lang w:val="ru-RU"/>
        </w:rPr>
        <w:t xml:space="preserve"> </w:t>
      </w:r>
      <w:r w:rsidRPr="00A25C45">
        <w:rPr>
          <w:lang w:val="ru-RU"/>
        </w:rPr>
        <w:t>(далее — Организация, Оператор)</w:t>
      </w:r>
    </w:p>
    <w:p w14:paraId="083B0154" w14:textId="77777777" w:rsidR="005B041B" w:rsidRDefault="005B041B" w:rsidP="005B041B">
      <w:pPr>
        <w:jc w:val="center"/>
        <w:rPr>
          <w:lang w:val="ru-RU"/>
        </w:rPr>
      </w:pPr>
    </w:p>
    <w:p w14:paraId="76D96C02" w14:textId="77777777" w:rsidR="005B041B" w:rsidRDefault="005B041B" w:rsidP="005B041B">
      <w:pPr>
        <w:jc w:val="center"/>
        <w:rPr>
          <w:lang w:val="ru-RU"/>
        </w:rPr>
      </w:pPr>
    </w:p>
    <w:p w14:paraId="4DB6F28F" w14:textId="77777777" w:rsidR="005B041B" w:rsidRDefault="005B041B" w:rsidP="005B041B">
      <w:pPr>
        <w:jc w:val="center"/>
        <w:rPr>
          <w:lang w:val="ru-RU"/>
        </w:rPr>
      </w:pPr>
    </w:p>
    <w:p w14:paraId="33A45F75" w14:textId="77777777" w:rsidR="005B041B" w:rsidRDefault="005B041B" w:rsidP="005B041B">
      <w:pPr>
        <w:jc w:val="center"/>
        <w:rPr>
          <w:lang w:val="ru-RU"/>
        </w:rPr>
      </w:pPr>
    </w:p>
    <w:p w14:paraId="3C858DCD" w14:textId="77777777" w:rsidR="005B041B" w:rsidRDefault="005B041B" w:rsidP="005B041B">
      <w:pPr>
        <w:jc w:val="center"/>
        <w:rPr>
          <w:lang w:val="ru-RU"/>
        </w:rPr>
      </w:pPr>
    </w:p>
    <w:p w14:paraId="3FF2ABBD" w14:textId="77777777" w:rsidR="005B041B" w:rsidRDefault="005B041B" w:rsidP="005B041B">
      <w:pPr>
        <w:jc w:val="center"/>
        <w:rPr>
          <w:lang w:val="ru-RU"/>
        </w:rPr>
      </w:pPr>
    </w:p>
    <w:p w14:paraId="07E00520" w14:textId="77777777" w:rsidR="005B041B" w:rsidRDefault="005B041B" w:rsidP="005B041B">
      <w:pPr>
        <w:jc w:val="center"/>
        <w:rPr>
          <w:lang w:val="ru-RU"/>
        </w:rPr>
      </w:pPr>
    </w:p>
    <w:p w14:paraId="56734BC6" w14:textId="77777777" w:rsidR="005B041B" w:rsidRDefault="005B041B" w:rsidP="005B041B">
      <w:pPr>
        <w:jc w:val="center"/>
        <w:rPr>
          <w:lang w:val="ru-RU"/>
        </w:rPr>
      </w:pPr>
    </w:p>
    <w:p w14:paraId="402E5966" w14:textId="77777777" w:rsidR="005B041B" w:rsidRDefault="005B041B" w:rsidP="005B041B">
      <w:pPr>
        <w:rPr>
          <w:lang w:val="ru-RU"/>
        </w:rPr>
      </w:pPr>
    </w:p>
    <w:p w14:paraId="233EECDE" w14:textId="77777777" w:rsidR="005B041B" w:rsidRDefault="005B041B" w:rsidP="005B041B">
      <w:pPr>
        <w:jc w:val="center"/>
        <w:rPr>
          <w:lang w:val="ru-RU"/>
        </w:rPr>
      </w:pPr>
    </w:p>
    <w:p w14:paraId="47A7531C" w14:textId="77777777" w:rsidR="005B041B" w:rsidRDefault="005B041B" w:rsidP="005B041B">
      <w:pPr>
        <w:jc w:val="center"/>
        <w:rPr>
          <w:lang w:val="ru-RU"/>
        </w:rPr>
      </w:pPr>
    </w:p>
    <w:p w14:paraId="5141ECEC" w14:textId="3F2F7D20" w:rsidR="005B041B" w:rsidRDefault="005B041B" w:rsidP="005B041B">
      <w:pPr>
        <w:rPr>
          <w:lang w:val="ru-RU"/>
        </w:rPr>
      </w:pPr>
    </w:p>
    <w:p w14:paraId="1BE00327" w14:textId="074F48D4" w:rsidR="00F14869" w:rsidRDefault="00F14869" w:rsidP="005B041B">
      <w:pPr>
        <w:rPr>
          <w:lang w:val="ru-RU"/>
        </w:rPr>
      </w:pPr>
    </w:p>
    <w:p w14:paraId="07A9A4EA" w14:textId="77777777" w:rsidR="00F14869" w:rsidRDefault="00F14869" w:rsidP="005B041B">
      <w:pPr>
        <w:rPr>
          <w:lang w:val="ru-RU"/>
        </w:rPr>
      </w:pPr>
    </w:p>
    <w:p w14:paraId="6D599158" w14:textId="2029BF34" w:rsidR="005B041B" w:rsidRDefault="005B041B" w:rsidP="005B041B">
      <w:pPr>
        <w:jc w:val="center"/>
        <w:rPr>
          <w:lang w:val="ru-RU"/>
        </w:rPr>
      </w:pPr>
      <w:r>
        <w:rPr>
          <w:lang w:val="ru-RU"/>
        </w:rPr>
        <w:t>Анадырь</w:t>
      </w:r>
    </w:p>
    <w:p w14:paraId="10CE1C08" w14:textId="55AF3AEC" w:rsidR="005B041B" w:rsidRDefault="005B041B" w:rsidP="005B041B">
      <w:pPr>
        <w:jc w:val="center"/>
        <w:rPr>
          <w:lang w:val="ru-RU"/>
        </w:rPr>
      </w:pPr>
      <w:r>
        <w:rPr>
          <w:lang w:val="ru-RU"/>
        </w:rPr>
        <w:t>202</w:t>
      </w:r>
      <w:r w:rsidR="007E4575">
        <w:rPr>
          <w:lang w:val="ru-RU"/>
        </w:rPr>
        <w:t>6</w:t>
      </w:r>
      <w:r>
        <w:rPr>
          <w:lang w:val="ru-RU"/>
        </w:rPr>
        <w:t xml:space="preserve"> г.</w:t>
      </w:r>
    </w:p>
    <w:p w14:paraId="5A70D654" w14:textId="77777777" w:rsidR="009C3E34" w:rsidRDefault="009C3E34" w:rsidP="00B57BCC">
      <w:pPr>
        <w:ind w:firstLine="567"/>
        <w:jc w:val="center"/>
        <w:rPr>
          <w:b/>
          <w:bCs/>
          <w:lang w:val="ru-RU"/>
        </w:rPr>
      </w:pPr>
    </w:p>
    <w:p w14:paraId="7BE7F0DF" w14:textId="6293C81C" w:rsidR="00D85378" w:rsidRPr="002E356C" w:rsidRDefault="008B61D4" w:rsidP="00B57BCC">
      <w:pPr>
        <w:ind w:firstLine="567"/>
        <w:jc w:val="center"/>
        <w:rPr>
          <w:rFonts w:cs="Times New Roman"/>
          <w:b/>
          <w:bCs/>
          <w:szCs w:val="24"/>
          <w:lang w:val="ru-RU"/>
        </w:rPr>
      </w:pPr>
      <w:r w:rsidRPr="002E356C">
        <w:rPr>
          <w:rFonts w:cs="Times New Roman"/>
          <w:b/>
          <w:bCs/>
          <w:szCs w:val="24"/>
          <w:lang w:val="ru-RU"/>
        </w:rPr>
        <w:lastRenderedPageBreak/>
        <w:t>1. Общие положения</w:t>
      </w:r>
    </w:p>
    <w:p w14:paraId="0C109FCA"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1.1. Некоммерческая организация «Фонд развития экономики и прямых инвестиций Чукотского автономного округа» (далее – Организация, Оператор) является Оператором персональных данных.</w:t>
      </w:r>
    </w:p>
    <w:p w14:paraId="74CEB6C3" w14:textId="441BDE91"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1.2. </w:t>
      </w:r>
      <w:r w:rsidR="00EB783F">
        <w:rPr>
          <w:rFonts w:cs="Times New Roman"/>
          <w:szCs w:val="24"/>
          <w:lang w:val="ru-RU"/>
        </w:rPr>
        <w:t xml:space="preserve">Настоящая политика </w:t>
      </w:r>
      <w:r w:rsidR="00EB783F" w:rsidRPr="0056141D">
        <w:rPr>
          <w:rFonts w:cs="Times New Roman"/>
          <w:szCs w:val="24"/>
          <w:lang w:val="ru-RU"/>
        </w:rPr>
        <w:t>конфиденциальности</w:t>
      </w:r>
      <w:r w:rsidR="0086720A">
        <w:rPr>
          <w:rFonts w:cs="Times New Roman"/>
          <w:szCs w:val="24"/>
          <w:lang w:val="ru-RU"/>
        </w:rPr>
        <w:t xml:space="preserve"> в отношении обработки персональных данных пользователей Веб-сайтов </w:t>
      </w:r>
      <w:r w:rsidR="00EB783F" w:rsidRPr="0056141D">
        <w:rPr>
          <w:rFonts w:cs="Times New Roman"/>
          <w:szCs w:val="24"/>
          <w:lang w:val="ru-RU"/>
        </w:rPr>
        <w:t xml:space="preserve"> (далее — Политика) определяет порядок обработки и защиты персональных данных пользователей Веб-сайтов Оператора, а также сведения о целях обработки персональных данных, категориях субъектов персональных данных, перечне обрабатываемых персональных данных, способах, сроках обработки и хранения, порядке их удаления и уничтожения.</w:t>
      </w:r>
    </w:p>
    <w:p w14:paraId="39464163" w14:textId="7C36385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1.3. Политика </w:t>
      </w:r>
      <w:r w:rsidR="00EB783F">
        <w:rPr>
          <w:rFonts w:cs="Times New Roman"/>
          <w:szCs w:val="24"/>
          <w:lang w:val="ru-RU"/>
        </w:rPr>
        <w:t>п</w:t>
      </w:r>
      <w:r w:rsidR="00EB783F" w:rsidRPr="0056141D">
        <w:rPr>
          <w:rFonts w:cs="Times New Roman"/>
          <w:szCs w:val="24"/>
          <w:lang w:val="ru-RU"/>
        </w:rPr>
        <w:t xml:space="preserve">одлежит размещению на Веб-сайтах Оператора и доведению до сведения пользователей Веб-сайтов, передающих персональные данные через формы обратной связи, онлайн-чат, файлы </w:t>
      </w:r>
      <w:r w:rsidR="00EB783F" w:rsidRPr="00EB783F">
        <w:rPr>
          <w:rFonts w:cs="Times New Roman"/>
          <w:szCs w:val="24"/>
        </w:rPr>
        <w:t>cookie</w:t>
      </w:r>
      <w:r w:rsidR="00EB783F" w:rsidRPr="0056141D">
        <w:rPr>
          <w:rFonts w:cs="Times New Roman"/>
          <w:szCs w:val="24"/>
          <w:lang w:val="ru-RU"/>
        </w:rPr>
        <w:t xml:space="preserve"> и иные предусмотренные функционалом сайта каналы взаимодействия.</w:t>
      </w:r>
      <w:r w:rsidR="00EB783F">
        <w:rPr>
          <w:rFonts w:cs="Times New Roman"/>
          <w:szCs w:val="24"/>
          <w:lang w:val="ru-RU"/>
        </w:rPr>
        <w:t xml:space="preserve"> </w:t>
      </w:r>
    </w:p>
    <w:p w14:paraId="57475831" w14:textId="6767529E"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1.4. Политика  </w:t>
      </w:r>
      <w:r w:rsidR="00CE0074" w:rsidRPr="002E356C">
        <w:rPr>
          <w:rFonts w:cs="Times New Roman"/>
          <w:szCs w:val="24"/>
          <w:lang w:val="ru-RU"/>
        </w:rPr>
        <w:t>применяется</w:t>
      </w:r>
      <w:r w:rsidR="007E6402">
        <w:rPr>
          <w:rFonts w:cs="Times New Roman"/>
          <w:szCs w:val="24"/>
          <w:lang w:val="ru-RU"/>
        </w:rPr>
        <w:t xml:space="preserve"> к</w:t>
      </w:r>
      <w:r w:rsidR="00D32B42">
        <w:rPr>
          <w:rFonts w:cs="Times New Roman"/>
          <w:szCs w:val="24"/>
          <w:lang w:val="ru-RU"/>
        </w:rPr>
        <w:t xml:space="preserve"> </w:t>
      </w:r>
      <w:r w:rsidR="00EB783F" w:rsidRPr="0056141D">
        <w:rPr>
          <w:rFonts w:cs="Times New Roman"/>
          <w:szCs w:val="24"/>
          <w:lang w:val="ru-RU"/>
        </w:rPr>
        <w:t>обработке персональных данных пользователей следующих Веб-сайтов Оператора:</w:t>
      </w:r>
      <w:r w:rsidRPr="002E356C">
        <w:rPr>
          <w:rFonts w:cs="Times New Roman"/>
          <w:szCs w:val="24"/>
          <w:lang w:val="ru-RU"/>
        </w:rPr>
        <w:t xml:space="preserve"> </w:t>
      </w:r>
      <w:hyperlink r:id="rId8" w:history="1">
        <w:r w:rsidR="00D85378" w:rsidRPr="002E356C">
          <w:rPr>
            <w:rStyle w:val="aff9"/>
            <w:rFonts w:cs="Times New Roman"/>
            <w:szCs w:val="24"/>
          </w:rPr>
          <w:t>https</w:t>
        </w:r>
        <w:r w:rsidR="00D85378" w:rsidRPr="002E356C">
          <w:rPr>
            <w:rStyle w:val="aff9"/>
            <w:rFonts w:cs="Times New Roman"/>
            <w:szCs w:val="24"/>
            <w:lang w:val="ru-RU"/>
          </w:rPr>
          <w:t>://</w:t>
        </w:r>
        <w:r w:rsidR="00D85378" w:rsidRPr="002E356C">
          <w:rPr>
            <w:rStyle w:val="aff9"/>
            <w:rFonts w:cs="Times New Roman"/>
            <w:szCs w:val="24"/>
          </w:rPr>
          <w:t>fond</w:t>
        </w:r>
        <w:r w:rsidR="00D85378" w:rsidRPr="002E356C">
          <w:rPr>
            <w:rStyle w:val="aff9"/>
            <w:rFonts w:cs="Times New Roman"/>
            <w:szCs w:val="24"/>
            <w:lang w:val="ru-RU"/>
          </w:rPr>
          <w:t>87.</w:t>
        </w:r>
        <w:r w:rsidR="00D85378" w:rsidRPr="002E356C">
          <w:rPr>
            <w:rStyle w:val="aff9"/>
            <w:rFonts w:cs="Times New Roman"/>
            <w:szCs w:val="24"/>
          </w:rPr>
          <w:t>ru</w:t>
        </w:r>
      </w:hyperlink>
      <w:r w:rsidRPr="002E356C">
        <w:rPr>
          <w:rFonts w:cs="Times New Roman"/>
          <w:szCs w:val="24"/>
          <w:lang w:val="ru-RU"/>
        </w:rPr>
        <w:t xml:space="preserve">, </w:t>
      </w:r>
      <w:hyperlink r:id="rId9" w:history="1">
        <w:r w:rsidR="00D85378" w:rsidRPr="002E356C">
          <w:rPr>
            <w:rStyle w:val="aff9"/>
            <w:rFonts w:cs="Times New Roman"/>
            <w:szCs w:val="24"/>
          </w:rPr>
          <w:t>https</w:t>
        </w:r>
        <w:r w:rsidR="00D85378" w:rsidRPr="002E356C">
          <w:rPr>
            <w:rStyle w:val="aff9"/>
            <w:rFonts w:cs="Times New Roman"/>
            <w:szCs w:val="24"/>
            <w:lang w:val="ru-RU"/>
          </w:rPr>
          <w:t>://</w:t>
        </w:r>
        <w:r w:rsidR="00D85378" w:rsidRPr="002E356C">
          <w:rPr>
            <w:rStyle w:val="aff9"/>
            <w:rFonts w:cs="Times New Roman"/>
            <w:szCs w:val="24"/>
          </w:rPr>
          <w:t>www</w:t>
        </w:r>
        <w:r w:rsidR="00D85378" w:rsidRPr="002E356C">
          <w:rPr>
            <w:rStyle w:val="aff9"/>
            <w:rFonts w:cs="Times New Roman"/>
            <w:szCs w:val="24"/>
            <w:lang w:val="ru-RU"/>
          </w:rPr>
          <w:t>.</w:t>
        </w:r>
        <w:r w:rsidR="00D85378" w:rsidRPr="002E356C">
          <w:rPr>
            <w:rStyle w:val="aff9"/>
            <w:rFonts w:cs="Times New Roman"/>
            <w:szCs w:val="24"/>
          </w:rPr>
          <w:t>chukotka</w:t>
        </w:r>
        <w:r w:rsidR="00D85378" w:rsidRPr="002E356C">
          <w:rPr>
            <w:rStyle w:val="aff9"/>
            <w:rFonts w:cs="Times New Roman"/>
            <w:szCs w:val="24"/>
            <w:lang w:val="ru-RU"/>
          </w:rPr>
          <w:t>-</w:t>
        </w:r>
        <w:r w:rsidR="00D85378" w:rsidRPr="002E356C">
          <w:rPr>
            <w:rStyle w:val="aff9"/>
            <w:rFonts w:cs="Times New Roman"/>
            <w:szCs w:val="24"/>
          </w:rPr>
          <w:t>invest</w:t>
        </w:r>
        <w:r w:rsidR="00D85378" w:rsidRPr="002E356C">
          <w:rPr>
            <w:rStyle w:val="aff9"/>
            <w:rFonts w:cs="Times New Roman"/>
            <w:szCs w:val="24"/>
            <w:lang w:val="ru-RU"/>
          </w:rPr>
          <w:t>.</w:t>
        </w:r>
        <w:r w:rsidR="00D85378" w:rsidRPr="002E356C">
          <w:rPr>
            <w:rStyle w:val="aff9"/>
            <w:rFonts w:cs="Times New Roman"/>
            <w:szCs w:val="24"/>
          </w:rPr>
          <w:t>ru</w:t>
        </w:r>
      </w:hyperlink>
      <w:r w:rsidRPr="002E356C">
        <w:rPr>
          <w:rFonts w:cs="Times New Roman"/>
          <w:szCs w:val="24"/>
          <w:lang w:val="ru-RU"/>
        </w:rPr>
        <w:t xml:space="preserve">, </w:t>
      </w:r>
      <w:hyperlink r:id="rId10" w:history="1">
        <w:r w:rsidR="00D85378" w:rsidRPr="002E356C">
          <w:rPr>
            <w:rStyle w:val="aff9"/>
            <w:rFonts w:cs="Times New Roman"/>
            <w:szCs w:val="24"/>
          </w:rPr>
          <w:t>https</w:t>
        </w:r>
        <w:r w:rsidR="00D85378" w:rsidRPr="002E356C">
          <w:rPr>
            <w:rStyle w:val="aff9"/>
            <w:rFonts w:cs="Times New Roman"/>
            <w:szCs w:val="24"/>
            <w:lang w:val="ru-RU"/>
          </w:rPr>
          <w:t>://</w:t>
        </w:r>
        <w:r w:rsidR="00D85378" w:rsidRPr="002E356C">
          <w:rPr>
            <w:rStyle w:val="aff9"/>
            <w:rFonts w:cs="Times New Roman"/>
            <w:szCs w:val="24"/>
          </w:rPr>
          <w:t>chukotkaexport</w:t>
        </w:r>
        <w:r w:rsidR="00D85378" w:rsidRPr="002E356C">
          <w:rPr>
            <w:rStyle w:val="aff9"/>
            <w:rFonts w:cs="Times New Roman"/>
            <w:szCs w:val="24"/>
            <w:lang w:val="ru-RU"/>
          </w:rPr>
          <w:t>.</w:t>
        </w:r>
        <w:r w:rsidR="00D85378" w:rsidRPr="002E356C">
          <w:rPr>
            <w:rStyle w:val="aff9"/>
            <w:rFonts w:cs="Times New Roman"/>
            <w:szCs w:val="24"/>
          </w:rPr>
          <w:t>ru</w:t>
        </w:r>
      </w:hyperlink>
      <w:r w:rsidR="00EB783F">
        <w:rPr>
          <w:rFonts w:cs="Times New Roman"/>
          <w:szCs w:val="24"/>
          <w:lang w:val="ru-RU"/>
        </w:rPr>
        <w:t xml:space="preserve">. </w:t>
      </w:r>
    </w:p>
    <w:p w14:paraId="670F38D9"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 Основные термины и определения, применяемые в настоящей Политике:</w:t>
      </w:r>
    </w:p>
    <w:p w14:paraId="2C123057" w14:textId="01D970DC" w:rsidR="009A1590"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1.5.1.</w:t>
      </w:r>
      <w:r w:rsidR="00047385" w:rsidRPr="002E356C">
        <w:rPr>
          <w:rFonts w:cs="Times New Roman"/>
          <w:szCs w:val="24"/>
          <w:lang w:val="ru-RU"/>
        </w:rPr>
        <w:t xml:space="preserve"> </w:t>
      </w:r>
      <w:r w:rsidRPr="002E356C">
        <w:rPr>
          <w:rFonts w:cs="Times New Roman"/>
          <w:szCs w:val="24"/>
          <w:lang w:val="ru-RU"/>
        </w:rPr>
        <w:t xml:space="preserve">Персональные данные - любая информация, относящаяся к прямо или косвенно определенному или определяемому физическому лицу (субъекту персональных данных), в том числе </w:t>
      </w:r>
      <w:r w:rsidR="00EB783F" w:rsidRPr="0056141D">
        <w:rPr>
          <w:rFonts w:cs="Times New Roman"/>
          <w:szCs w:val="24"/>
          <w:lang w:val="ru-RU"/>
        </w:rPr>
        <w:t>пользователем Веб-сайтов Оператора при использовании онлайн-форм, онлайн-чата и иных предусмотренных функционалом сайта сервисов.</w:t>
      </w:r>
      <w:r w:rsidR="00EB783F">
        <w:rPr>
          <w:rFonts w:cs="Times New Roman"/>
          <w:szCs w:val="24"/>
          <w:lang w:val="ru-RU"/>
        </w:rPr>
        <w:t xml:space="preserve"> </w:t>
      </w:r>
    </w:p>
    <w:p w14:paraId="4E04CFFF" w14:textId="33F50B5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1.5.2.</w:t>
      </w:r>
      <w:r w:rsidR="00047385" w:rsidRPr="002E356C">
        <w:rPr>
          <w:rFonts w:cs="Times New Roman"/>
          <w:szCs w:val="24"/>
          <w:lang w:val="ru-RU"/>
        </w:rPr>
        <w:t xml:space="preserve"> </w:t>
      </w:r>
      <w:r w:rsidRPr="002E356C">
        <w:rPr>
          <w:rFonts w:cs="Times New Roman"/>
          <w:szCs w:val="24"/>
          <w:lang w:val="ru-RU"/>
        </w:rPr>
        <w:t>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6D8ED07C" w14:textId="1088F391" w:rsidR="005B041B"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1.5.3.</w:t>
      </w:r>
      <w:r w:rsidR="00047385" w:rsidRPr="002E356C">
        <w:rPr>
          <w:rFonts w:cs="Times New Roman"/>
          <w:szCs w:val="24"/>
          <w:lang w:val="ru-RU"/>
        </w:rPr>
        <w:t xml:space="preserve"> </w:t>
      </w:r>
      <w:r w:rsidRPr="002E356C">
        <w:rPr>
          <w:rFonts w:cs="Times New Roman"/>
          <w:szCs w:val="24"/>
          <w:lang w:val="ru-RU"/>
        </w:rPr>
        <w:t xml:space="preserve">Автоматизированная обработка персональных данных - обработка персональных данных с помощью средств вычислительной техники; </w:t>
      </w:r>
    </w:p>
    <w:p w14:paraId="492867F7" w14:textId="1EA1D29E" w:rsidR="005B041B"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1.5.4.</w:t>
      </w:r>
      <w:r w:rsidR="00047385" w:rsidRPr="002E356C">
        <w:rPr>
          <w:rFonts w:cs="Times New Roman"/>
          <w:szCs w:val="24"/>
          <w:lang w:val="ru-RU"/>
        </w:rPr>
        <w:t xml:space="preserve"> </w:t>
      </w:r>
      <w:r w:rsidRPr="002E356C">
        <w:rPr>
          <w:rFonts w:cs="Times New Roman"/>
          <w:szCs w:val="24"/>
          <w:lang w:val="ru-RU"/>
        </w:rPr>
        <w:t xml:space="preserve">Распространение персональных данных - действия, направленные на раскрытие персональных данных неопределенному кругу лиц. </w:t>
      </w:r>
    </w:p>
    <w:p w14:paraId="29AC4A72" w14:textId="111AA4A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1.5.5.</w:t>
      </w:r>
      <w:r w:rsidR="00047385" w:rsidRPr="002E356C">
        <w:rPr>
          <w:rFonts w:cs="Times New Roman"/>
          <w:szCs w:val="24"/>
          <w:lang w:val="ru-RU"/>
        </w:rPr>
        <w:t xml:space="preserve"> </w:t>
      </w:r>
      <w:r w:rsidRPr="002E356C">
        <w:rPr>
          <w:rFonts w:cs="Times New Roman"/>
          <w:szCs w:val="24"/>
          <w:lang w:val="ru-RU"/>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14:paraId="51B0C4F7" w14:textId="2B1E92B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1.5.6.</w:t>
      </w:r>
      <w:r w:rsidR="00047385" w:rsidRPr="002E356C">
        <w:rPr>
          <w:rFonts w:cs="Times New Roman"/>
          <w:szCs w:val="24"/>
          <w:lang w:val="ru-RU"/>
        </w:rPr>
        <w:t xml:space="preserve"> </w:t>
      </w:r>
      <w:r w:rsidRPr="002E356C">
        <w:rPr>
          <w:rFonts w:cs="Times New Roman"/>
          <w:szCs w:val="24"/>
          <w:lang w:val="ru-RU"/>
        </w:rPr>
        <w:t>Использование персональных данных - действия (операции) с персональными данными, совершаемые Оператором в целях принятия решений или совершения иных действий,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w:t>
      </w:r>
    </w:p>
    <w:p w14:paraId="05811180" w14:textId="15ECBF26"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1.5.7.</w:t>
      </w:r>
      <w:r w:rsidR="00047385" w:rsidRPr="002E356C">
        <w:rPr>
          <w:rFonts w:cs="Times New Roman"/>
          <w:szCs w:val="24"/>
          <w:lang w:val="ru-RU"/>
        </w:rPr>
        <w:t xml:space="preserve"> </w:t>
      </w:r>
      <w:r w:rsidRPr="002E356C">
        <w:rPr>
          <w:rFonts w:cs="Times New Roman"/>
          <w:szCs w:val="24"/>
          <w:lang w:val="ru-RU"/>
        </w:rP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14:paraId="7F8189D7" w14:textId="1A1C8A29" w:rsidR="005B041B"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1.5.8.</w:t>
      </w:r>
      <w:r w:rsidR="00047385" w:rsidRPr="002E356C">
        <w:rPr>
          <w:rFonts w:cs="Times New Roman"/>
          <w:szCs w:val="24"/>
          <w:lang w:val="ru-RU"/>
        </w:rPr>
        <w:t xml:space="preserve"> </w:t>
      </w:r>
      <w:r w:rsidRPr="002E356C">
        <w:rPr>
          <w:rFonts w:cs="Times New Roman"/>
          <w:szCs w:val="24"/>
          <w:lang w:val="ru-RU"/>
        </w:rPr>
        <w:t xml:space="preserve">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 </w:t>
      </w:r>
    </w:p>
    <w:p w14:paraId="4388FFD7" w14:textId="5D1FB685"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1.5.9.</w:t>
      </w:r>
      <w:r w:rsidR="00047385" w:rsidRPr="002E356C">
        <w:rPr>
          <w:rFonts w:cs="Times New Roman"/>
          <w:szCs w:val="24"/>
          <w:lang w:val="ru-RU"/>
        </w:rPr>
        <w:t xml:space="preserve"> </w:t>
      </w:r>
      <w:r w:rsidRPr="002E356C">
        <w:rPr>
          <w:rFonts w:cs="Times New Roman"/>
          <w:szCs w:val="24"/>
          <w:lang w:val="ru-RU"/>
        </w:rPr>
        <w:t>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14:paraId="79CBB89D"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14:paraId="734152F9" w14:textId="5004ECA1" w:rsidR="00F755EF"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1.5.1</w:t>
      </w:r>
      <w:r w:rsidR="000D7759">
        <w:rPr>
          <w:rFonts w:cs="Times New Roman"/>
          <w:szCs w:val="24"/>
          <w:lang w:val="ru-RU"/>
        </w:rPr>
        <w:t>1</w:t>
      </w:r>
      <w:r w:rsidRPr="002E356C">
        <w:rPr>
          <w:rFonts w:cs="Times New Roman"/>
          <w:szCs w:val="24"/>
          <w:lang w:val="ru-RU"/>
        </w:rPr>
        <w:t>. Конфиденциальность персональных данных - обязательное для соблюдения Оператором, или иным получившим доступ к персональным данным лицом требование не допускать их распространение без согласия субъекта персональных данных или наличия иного законного основания.</w:t>
      </w:r>
    </w:p>
    <w:p w14:paraId="2342099C" w14:textId="67F6C65C" w:rsidR="005B041B" w:rsidRPr="002E356C" w:rsidRDefault="005B041B" w:rsidP="00B57BCC">
      <w:pPr>
        <w:spacing w:after="0" w:line="240" w:lineRule="auto"/>
        <w:ind w:firstLine="567"/>
        <w:jc w:val="both"/>
        <w:rPr>
          <w:rFonts w:cs="Times New Roman"/>
          <w:szCs w:val="24"/>
          <w:lang w:val="ru-RU"/>
        </w:rPr>
      </w:pPr>
      <w:r w:rsidRPr="002E356C">
        <w:rPr>
          <w:rFonts w:cs="Times New Roman"/>
          <w:szCs w:val="24"/>
          <w:lang w:val="ru-RU"/>
        </w:rPr>
        <w:t xml:space="preserve"> </w:t>
      </w:r>
    </w:p>
    <w:p w14:paraId="79990E21" w14:textId="76AE3D6D"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lastRenderedPageBreak/>
        <w:t>1.5.1</w:t>
      </w:r>
      <w:r w:rsidR="000D7759">
        <w:rPr>
          <w:rFonts w:cs="Times New Roman"/>
          <w:szCs w:val="24"/>
          <w:lang w:val="ru-RU"/>
        </w:rPr>
        <w:t>2</w:t>
      </w:r>
      <w:r w:rsidRPr="002E356C">
        <w:rPr>
          <w:rFonts w:cs="Times New Roman"/>
          <w:szCs w:val="24"/>
          <w:lang w:val="ru-RU"/>
        </w:rPr>
        <w:t>.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14:paraId="7FC0093C" w14:textId="22035A69" w:rsidR="00D85378" w:rsidRPr="002E356C" w:rsidRDefault="008B61D4" w:rsidP="008B199F">
      <w:pPr>
        <w:spacing w:after="0" w:line="240" w:lineRule="auto"/>
        <w:ind w:firstLine="567"/>
        <w:jc w:val="both"/>
        <w:rPr>
          <w:rFonts w:cs="Times New Roman"/>
          <w:szCs w:val="24"/>
          <w:lang w:val="ru-RU"/>
        </w:rPr>
      </w:pPr>
      <w:r w:rsidRPr="002E356C">
        <w:rPr>
          <w:rFonts w:cs="Times New Roman"/>
          <w:szCs w:val="24"/>
          <w:lang w:val="ru-RU"/>
        </w:rPr>
        <w:t>1.5.1</w:t>
      </w:r>
      <w:r w:rsidR="000D7759">
        <w:rPr>
          <w:rFonts w:cs="Times New Roman"/>
          <w:szCs w:val="24"/>
          <w:lang w:val="ru-RU"/>
        </w:rPr>
        <w:t>3</w:t>
      </w:r>
      <w:r w:rsidRPr="002E356C">
        <w:rPr>
          <w:rFonts w:cs="Times New Roman"/>
          <w:szCs w:val="24"/>
          <w:lang w:val="ru-RU"/>
        </w:rPr>
        <w:t xml:space="preserve">. Веб-сайт – это совокупность текстов, графических элементов, дизайна, изображений, программного кода, фото и видеоматериалов и иных результатов интеллектуальной деятельности Оператора, содержащихся в сети Интернет под доменными именами: </w:t>
      </w:r>
      <w:hyperlink r:id="rId11" w:history="1">
        <w:r w:rsidR="00DD5D32" w:rsidRPr="002E356C">
          <w:rPr>
            <w:rStyle w:val="aff9"/>
            <w:rFonts w:cs="Times New Roman"/>
            <w:szCs w:val="24"/>
          </w:rPr>
          <w:t>https</w:t>
        </w:r>
        <w:r w:rsidR="00DD5D32" w:rsidRPr="002E356C">
          <w:rPr>
            <w:rStyle w:val="aff9"/>
            <w:rFonts w:cs="Times New Roman"/>
            <w:szCs w:val="24"/>
            <w:lang w:val="ru-RU"/>
          </w:rPr>
          <w:t>://</w:t>
        </w:r>
        <w:r w:rsidR="00DD5D32" w:rsidRPr="002E356C">
          <w:rPr>
            <w:rStyle w:val="aff9"/>
            <w:rFonts w:cs="Times New Roman"/>
            <w:szCs w:val="24"/>
          </w:rPr>
          <w:t>fond</w:t>
        </w:r>
        <w:r w:rsidR="00DD5D32" w:rsidRPr="002E356C">
          <w:rPr>
            <w:rStyle w:val="aff9"/>
            <w:rFonts w:cs="Times New Roman"/>
            <w:szCs w:val="24"/>
            <w:lang w:val="ru-RU"/>
          </w:rPr>
          <w:t>87.</w:t>
        </w:r>
        <w:r w:rsidR="00DD5D32" w:rsidRPr="002E356C">
          <w:rPr>
            <w:rStyle w:val="aff9"/>
            <w:rFonts w:cs="Times New Roman"/>
            <w:szCs w:val="24"/>
          </w:rPr>
          <w:t>ru</w:t>
        </w:r>
      </w:hyperlink>
      <w:r w:rsidR="00DD5D32" w:rsidRPr="002E356C">
        <w:rPr>
          <w:rFonts w:cs="Times New Roman"/>
          <w:szCs w:val="24"/>
          <w:lang w:val="ru-RU"/>
        </w:rPr>
        <w:t>,</w:t>
      </w:r>
      <w:r w:rsidRPr="002E356C">
        <w:rPr>
          <w:rFonts w:cs="Times New Roman"/>
          <w:szCs w:val="24"/>
          <w:lang w:val="ru-RU"/>
        </w:rPr>
        <w:t xml:space="preserve"> </w:t>
      </w:r>
      <w:hyperlink r:id="rId12" w:history="1">
        <w:r w:rsidR="00D85378" w:rsidRPr="002E356C">
          <w:rPr>
            <w:rStyle w:val="aff9"/>
            <w:rFonts w:cs="Times New Roman"/>
            <w:szCs w:val="24"/>
          </w:rPr>
          <w:t>https</w:t>
        </w:r>
        <w:r w:rsidR="00D85378" w:rsidRPr="002E356C">
          <w:rPr>
            <w:rStyle w:val="aff9"/>
            <w:rFonts w:cs="Times New Roman"/>
            <w:szCs w:val="24"/>
            <w:lang w:val="ru-RU"/>
          </w:rPr>
          <w:t>://</w:t>
        </w:r>
        <w:r w:rsidR="00D85378" w:rsidRPr="002E356C">
          <w:rPr>
            <w:rStyle w:val="aff9"/>
            <w:rFonts w:cs="Times New Roman"/>
            <w:szCs w:val="24"/>
          </w:rPr>
          <w:t>www</w:t>
        </w:r>
        <w:r w:rsidR="00D85378" w:rsidRPr="002E356C">
          <w:rPr>
            <w:rStyle w:val="aff9"/>
            <w:rFonts w:cs="Times New Roman"/>
            <w:szCs w:val="24"/>
            <w:lang w:val="ru-RU"/>
          </w:rPr>
          <w:t>.</w:t>
        </w:r>
        <w:r w:rsidR="00D85378" w:rsidRPr="002E356C">
          <w:rPr>
            <w:rStyle w:val="aff9"/>
            <w:rFonts w:cs="Times New Roman"/>
            <w:szCs w:val="24"/>
          </w:rPr>
          <w:t>chukotka</w:t>
        </w:r>
        <w:r w:rsidR="00D85378" w:rsidRPr="002E356C">
          <w:rPr>
            <w:rStyle w:val="aff9"/>
            <w:rFonts w:cs="Times New Roman"/>
            <w:szCs w:val="24"/>
            <w:lang w:val="ru-RU"/>
          </w:rPr>
          <w:t>-</w:t>
        </w:r>
        <w:r w:rsidR="00D85378" w:rsidRPr="002E356C">
          <w:rPr>
            <w:rStyle w:val="aff9"/>
            <w:rFonts w:cs="Times New Roman"/>
            <w:szCs w:val="24"/>
          </w:rPr>
          <w:t>invest</w:t>
        </w:r>
        <w:r w:rsidR="00D85378" w:rsidRPr="002E356C">
          <w:rPr>
            <w:rStyle w:val="aff9"/>
            <w:rFonts w:cs="Times New Roman"/>
            <w:szCs w:val="24"/>
            <w:lang w:val="ru-RU"/>
          </w:rPr>
          <w:t>.</w:t>
        </w:r>
        <w:r w:rsidR="00D85378" w:rsidRPr="002E356C">
          <w:rPr>
            <w:rStyle w:val="aff9"/>
            <w:rFonts w:cs="Times New Roman"/>
            <w:szCs w:val="24"/>
          </w:rPr>
          <w:t>ru</w:t>
        </w:r>
      </w:hyperlink>
      <w:r w:rsidRPr="002E356C">
        <w:rPr>
          <w:rFonts w:cs="Times New Roman"/>
          <w:szCs w:val="24"/>
          <w:lang w:val="ru-RU"/>
        </w:rPr>
        <w:t xml:space="preserve">, </w:t>
      </w:r>
      <w:hyperlink r:id="rId13" w:history="1">
        <w:r w:rsidR="00D85378" w:rsidRPr="002E356C">
          <w:rPr>
            <w:rStyle w:val="aff9"/>
            <w:rFonts w:cs="Times New Roman"/>
            <w:szCs w:val="24"/>
          </w:rPr>
          <w:t>https</w:t>
        </w:r>
        <w:r w:rsidR="00D85378" w:rsidRPr="002E356C">
          <w:rPr>
            <w:rStyle w:val="aff9"/>
            <w:rFonts w:cs="Times New Roman"/>
            <w:szCs w:val="24"/>
            <w:lang w:val="ru-RU"/>
          </w:rPr>
          <w:t>://</w:t>
        </w:r>
        <w:r w:rsidR="00D85378" w:rsidRPr="002E356C">
          <w:rPr>
            <w:rStyle w:val="aff9"/>
            <w:rFonts w:cs="Times New Roman"/>
            <w:szCs w:val="24"/>
          </w:rPr>
          <w:t>chukotkaexport</w:t>
        </w:r>
        <w:r w:rsidR="00D85378" w:rsidRPr="002E356C">
          <w:rPr>
            <w:rStyle w:val="aff9"/>
            <w:rFonts w:cs="Times New Roman"/>
            <w:szCs w:val="24"/>
            <w:lang w:val="ru-RU"/>
          </w:rPr>
          <w:t>.</w:t>
        </w:r>
        <w:r w:rsidR="00D85378" w:rsidRPr="002E356C">
          <w:rPr>
            <w:rStyle w:val="aff9"/>
            <w:rFonts w:cs="Times New Roman"/>
            <w:szCs w:val="24"/>
          </w:rPr>
          <w:t>ru</w:t>
        </w:r>
      </w:hyperlink>
      <w:r w:rsidR="0035676B">
        <w:rPr>
          <w:lang w:val="ru-RU"/>
        </w:rPr>
        <w:t xml:space="preserve">, а также </w:t>
      </w:r>
      <w:r w:rsidRPr="002E356C">
        <w:rPr>
          <w:rFonts w:cs="Times New Roman"/>
          <w:szCs w:val="24"/>
          <w:lang w:val="ru-RU"/>
        </w:rPr>
        <w:t>на  их поддоменах</w:t>
      </w:r>
      <w:r w:rsidR="0035676B">
        <w:rPr>
          <w:rFonts w:cs="Times New Roman"/>
          <w:szCs w:val="24"/>
          <w:lang w:val="ru-RU"/>
        </w:rPr>
        <w:t>.</w:t>
      </w:r>
      <w:r w:rsidR="00D32B42">
        <w:rPr>
          <w:rFonts w:cs="Times New Roman"/>
          <w:szCs w:val="24"/>
          <w:lang w:val="ru-RU"/>
        </w:rPr>
        <w:t xml:space="preserve"> </w:t>
      </w:r>
    </w:p>
    <w:p w14:paraId="0312D2C4" w14:textId="316AA43D" w:rsidR="00D85378" w:rsidRPr="002E356C" w:rsidRDefault="008B61D4" w:rsidP="008B199F">
      <w:pPr>
        <w:spacing w:after="0" w:line="240" w:lineRule="auto"/>
        <w:ind w:firstLine="567"/>
        <w:jc w:val="both"/>
        <w:rPr>
          <w:rFonts w:cs="Times New Roman"/>
          <w:szCs w:val="24"/>
          <w:lang w:val="ru-RU"/>
        </w:rPr>
      </w:pPr>
      <w:r w:rsidRPr="002E356C">
        <w:rPr>
          <w:rFonts w:cs="Times New Roman"/>
          <w:szCs w:val="24"/>
          <w:lang w:val="ru-RU"/>
        </w:rPr>
        <w:t>1.5.1</w:t>
      </w:r>
      <w:r w:rsidR="000D7759">
        <w:rPr>
          <w:rFonts w:cs="Times New Roman"/>
          <w:szCs w:val="24"/>
          <w:lang w:val="ru-RU"/>
        </w:rPr>
        <w:t>4</w:t>
      </w:r>
      <w:r w:rsidRPr="002E356C">
        <w:rPr>
          <w:rFonts w:cs="Times New Roman"/>
          <w:szCs w:val="24"/>
          <w:lang w:val="ru-RU"/>
        </w:rPr>
        <w:t xml:space="preserve">. Пользователь - </w:t>
      </w:r>
      <w:r w:rsidR="00EB783F" w:rsidRPr="0056141D">
        <w:rPr>
          <w:rFonts w:cs="Times New Roman"/>
          <w:szCs w:val="24"/>
          <w:lang w:val="ru-RU"/>
        </w:rPr>
        <w:t>любое физическое лицо, посетившее Веб-сайт Оператора, использующее его функционал, заполнившее онлайн-форму, начавшее диалог в онлайн-чате либо иным образом передавшее персональные данные через Веб-сайт Оператора.</w:t>
      </w:r>
    </w:p>
    <w:p w14:paraId="3C6649E1" w14:textId="53F9B1DB" w:rsidR="00DD5D32" w:rsidRPr="002E356C" w:rsidRDefault="00DD5D32" w:rsidP="00B57BCC">
      <w:pPr>
        <w:spacing w:after="0" w:line="240" w:lineRule="auto"/>
        <w:ind w:firstLine="567"/>
        <w:jc w:val="both"/>
        <w:rPr>
          <w:rFonts w:cs="Times New Roman"/>
          <w:szCs w:val="24"/>
          <w:lang w:val="ru-RU"/>
        </w:rPr>
      </w:pPr>
      <w:r w:rsidRPr="002E356C">
        <w:rPr>
          <w:rFonts w:cs="Times New Roman"/>
          <w:szCs w:val="24"/>
          <w:lang w:val="ru-RU"/>
        </w:rPr>
        <w:t>1.5.1</w:t>
      </w:r>
      <w:r w:rsidR="00663670">
        <w:rPr>
          <w:rFonts w:cs="Times New Roman"/>
          <w:szCs w:val="24"/>
          <w:lang w:val="ru-RU"/>
        </w:rPr>
        <w:t>5</w:t>
      </w:r>
      <w:r w:rsidRPr="002E356C">
        <w:rPr>
          <w:rFonts w:cs="Times New Roman"/>
          <w:szCs w:val="24"/>
          <w:lang w:val="ru-RU"/>
        </w:rPr>
        <w:t xml:space="preserve">. Файлы </w:t>
      </w:r>
      <w:r w:rsidRPr="002E356C">
        <w:rPr>
          <w:rFonts w:cs="Times New Roman"/>
          <w:szCs w:val="24"/>
        </w:rPr>
        <w:t>cookie</w:t>
      </w:r>
      <w:r w:rsidRPr="002E356C">
        <w:rPr>
          <w:rFonts w:cs="Times New Roman"/>
          <w:szCs w:val="24"/>
          <w:lang w:val="ru-RU"/>
        </w:rPr>
        <w:t xml:space="preserve"> — небольшие фрагменты данных, сохраняемые браузером/устройством Пользователя при посещении Веб‑сайтов, позволяющие распознавать устройство, запоминать настройки и собирать статистику.</w:t>
      </w:r>
      <w:r w:rsidR="000001D4" w:rsidRPr="002E356C">
        <w:rPr>
          <w:rFonts w:cs="Times New Roman"/>
          <w:szCs w:val="24"/>
          <w:lang w:val="ru-RU"/>
        </w:rPr>
        <w:t xml:space="preserve"> Порядок и цели использования </w:t>
      </w:r>
      <w:r w:rsidR="000001D4" w:rsidRPr="002E356C">
        <w:rPr>
          <w:rFonts w:cs="Times New Roman"/>
          <w:szCs w:val="24"/>
        </w:rPr>
        <w:t>cookie</w:t>
      </w:r>
      <w:r w:rsidR="000001D4" w:rsidRPr="002E356C">
        <w:rPr>
          <w:rFonts w:cs="Times New Roman"/>
          <w:szCs w:val="24"/>
          <w:lang w:val="ru-RU"/>
        </w:rPr>
        <w:t xml:space="preserve"> указаны </w:t>
      </w:r>
      <w:r w:rsidR="0035676B">
        <w:rPr>
          <w:rFonts w:cs="Times New Roman"/>
          <w:szCs w:val="24"/>
          <w:lang w:val="ru-RU"/>
        </w:rPr>
        <w:t xml:space="preserve">в разделе 3 </w:t>
      </w:r>
      <w:r w:rsidR="000001D4" w:rsidRPr="002E356C">
        <w:rPr>
          <w:rFonts w:cs="Times New Roman"/>
          <w:szCs w:val="24"/>
          <w:lang w:val="ru-RU"/>
        </w:rPr>
        <w:t>настоящей Политики.</w:t>
      </w:r>
    </w:p>
    <w:p w14:paraId="31B3685F" w14:textId="447EA630" w:rsidR="003E5FAF" w:rsidRPr="002E356C" w:rsidRDefault="003E5FAF" w:rsidP="00B57BCC">
      <w:pPr>
        <w:spacing w:after="0" w:line="240" w:lineRule="auto"/>
        <w:ind w:firstLine="567"/>
        <w:jc w:val="both"/>
        <w:rPr>
          <w:rFonts w:cs="Times New Roman"/>
          <w:szCs w:val="24"/>
          <w:lang w:val="ru-RU"/>
        </w:rPr>
      </w:pPr>
      <w:r w:rsidRPr="002E356C">
        <w:rPr>
          <w:rFonts w:cs="Times New Roman"/>
          <w:szCs w:val="24"/>
          <w:lang w:val="ru-RU"/>
        </w:rPr>
        <w:t>1.6. Порядок ввода в действие и изменения Политики.</w:t>
      </w:r>
    </w:p>
    <w:p w14:paraId="042C5929" w14:textId="1AF02EA6"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1.6.1.</w:t>
      </w:r>
      <w:r w:rsidR="00047385" w:rsidRPr="002E356C">
        <w:rPr>
          <w:rFonts w:cs="Times New Roman"/>
          <w:szCs w:val="24"/>
          <w:lang w:val="ru-RU"/>
        </w:rPr>
        <w:t xml:space="preserve"> </w:t>
      </w:r>
      <w:r w:rsidRPr="002E356C">
        <w:rPr>
          <w:rFonts w:cs="Times New Roman"/>
          <w:szCs w:val="24"/>
          <w:lang w:val="ru-RU"/>
        </w:rPr>
        <w:t>Настоящая Политика вступает в силу с момента ее утверждения директором Организации и действует бессрочно до утверждения текста Политики в новой редакции</w:t>
      </w:r>
      <w:r w:rsidR="005733E3" w:rsidRPr="002E356C">
        <w:rPr>
          <w:rFonts w:eastAsia="Times New Roman" w:cs="Times New Roman"/>
          <w:szCs w:val="24"/>
          <w:lang w:val="ru-RU" w:eastAsia="ru-RU"/>
        </w:rPr>
        <w:t xml:space="preserve">, </w:t>
      </w:r>
      <w:r w:rsidR="005733E3" w:rsidRPr="002E356C">
        <w:rPr>
          <w:rFonts w:cs="Times New Roman"/>
          <w:szCs w:val="24"/>
          <w:lang w:val="ru-RU"/>
        </w:rPr>
        <w:t>является общедоступным документом и размещается на</w:t>
      </w:r>
      <w:r w:rsidR="00BB124B">
        <w:rPr>
          <w:rFonts w:cs="Times New Roman"/>
          <w:szCs w:val="24"/>
          <w:lang w:val="ru-RU"/>
        </w:rPr>
        <w:t xml:space="preserve"> Веб-сайтах</w:t>
      </w:r>
      <w:r w:rsidR="005733E3" w:rsidRPr="002E356C">
        <w:rPr>
          <w:rFonts w:cs="Times New Roman"/>
          <w:szCs w:val="24"/>
          <w:lang w:val="ru-RU"/>
        </w:rPr>
        <w:t xml:space="preserve"> Оператора. Политика может быть изменена Оператором в связи с изменением законодательства Российской Федерации, а также в связи с изменением процессов обработки персональных данных. Пользователь обязан самостоятельно отслеживать актуальную редакцию Политики на</w:t>
      </w:r>
      <w:r w:rsidR="00C06119">
        <w:rPr>
          <w:rFonts w:cs="Times New Roman"/>
          <w:szCs w:val="24"/>
          <w:lang w:val="ru-RU"/>
        </w:rPr>
        <w:t xml:space="preserve"> соответствующем Веб-сайте</w:t>
      </w:r>
      <w:r w:rsidR="005733E3" w:rsidRPr="002E356C">
        <w:rPr>
          <w:rFonts w:cs="Times New Roman"/>
          <w:szCs w:val="24"/>
          <w:lang w:val="ru-RU"/>
        </w:rPr>
        <w:t xml:space="preserve"> Оператора.</w:t>
      </w:r>
      <w:r w:rsidR="000001D4" w:rsidRPr="002E356C">
        <w:rPr>
          <w:rFonts w:cs="Times New Roman"/>
          <w:szCs w:val="24"/>
          <w:lang w:val="ru-RU"/>
        </w:rPr>
        <w:t xml:space="preserve"> </w:t>
      </w:r>
    </w:p>
    <w:p w14:paraId="346536F7" w14:textId="41B1AC30"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1.6.2.</w:t>
      </w:r>
      <w:r w:rsidR="00047385" w:rsidRPr="002E356C">
        <w:rPr>
          <w:rFonts w:cs="Times New Roman"/>
          <w:szCs w:val="24"/>
          <w:lang w:val="ru-RU"/>
        </w:rPr>
        <w:t xml:space="preserve"> </w:t>
      </w:r>
      <w:r w:rsidRPr="002E356C">
        <w:rPr>
          <w:rFonts w:cs="Times New Roman"/>
          <w:szCs w:val="24"/>
          <w:lang w:val="ru-RU"/>
        </w:rPr>
        <w:t>Все изменения в Политику вносятся на основании приказа директора Организации.</w:t>
      </w:r>
    </w:p>
    <w:p w14:paraId="074C5DCB" w14:textId="62BB0B71"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1.7. </w:t>
      </w:r>
      <w:r w:rsidR="009B3E46" w:rsidRPr="002E356C">
        <w:rPr>
          <w:rFonts w:cs="Times New Roman"/>
          <w:szCs w:val="24"/>
          <w:lang w:val="ru-RU"/>
        </w:rPr>
        <w:t xml:space="preserve">Конфиденциальность персональных данных обеспечивается Оператором в течение всего срока их обработки и хранения, если иное не предусмотрено законодательством Российской Федерации. </w:t>
      </w:r>
    </w:p>
    <w:p w14:paraId="17B6FB98" w14:textId="380FA7A0"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1.7.1. </w:t>
      </w:r>
      <w:r w:rsidR="005B041B" w:rsidRPr="002E356C">
        <w:rPr>
          <w:rFonts w:cs="Times New Roman"/>
          <w:szCs w:val="24"/>
          <w:lang w:val="ru-RU"/>
        </w:rPr>
        <w:t xml:space="preserve">Веб‑сайты Оператора не предназначены для обработки персональных данных несовершеннолетних. При наличии оснований полагать, что несовершеннолетний передал персональные данные через формы на сайте, необходимо незамедлительно сообщить об этом по адресу </w:t>
      </w:r>
      <w:hyperlink r:id="rId14" w:history="1">
        <w:r w:rsidR="005B041B" w:rsidRPr="002E356C">
          <w:rPr>
            <w:rStyle w:val="aff9"/>
            <w:rFonts w:cs="Times New Roman"/>
            <w:szCs w:val="24"/>
          </w:rPr>
          <w:t>mail</w:t>
        </w:r>
        <w:r w:rsidR="005B041B" w:rsidRPr="002E356C">
          <w:rPr>
            <w:rStyle w:val="aff9"/>
            <w:rFonts w:cs="Times New Roman"/>
            <w:szCs w:val="24"/>
            <w:lang w:val="ru-RU"/>
          </w:rPr>
          <w:t>@</w:t>
        </w:r>
        <w:r w:rsidR="005B041B" w:rsidRPr="002E356C">
          <w:rPr>
            <w:rStyle w:val="aff9"/>
            <w:rFonts w:cs="Times New Roman"/>
            <w:szCs w:val="24"/>
          </w:rPr>
          <w:t>fond</w:t>
        </w:r>
        <w:r w:rsidR="005B041B" w:rsidRPr="002E356C">
          <w:rPr>
            <w:rStyle w:val="aff9"/>
            <w:rFonts w:cs="Times New Roman"/>
            <w:szCs w:val="24"/>
            <w:lang w:val="ru-RU"/>
          </w:rPr>
          <w:t>87.</w:t>
        </w:r>
        <w:r w:rsidR="005B041B" w:rsidRPr="002E356C">
          <w:rPr>
            <w:rStyle w:val="aff9"/>
            <w:rFonts w:cs="Times New Roman"/>
            <w:szCs w:val="24"/>
          </w:rPr>
          <w:t>ru</w:t>
        </w:r>
      </w:hyperlink>
      <w:r w:rsidR="00047385" w:rsidRPr="002E356C">
        <w:rPr>
          <w:rFonts w:cs="Times New Roman"/>
          <w:szCs w:val="24"/>
          <w:lang w:val="ru-RU"/>
        </w:rPr>
        <w:t>.</w:t>
      </w:r>
      <w:r w:rsidR="005B041B" w:rsidRPr="002E356C">
        <w:rPr>
          <w:rFonts w:cs="Times New Roman"/>
          <w:szCs w:val="24"/>
          <w:lang w:val="ru-RU"/>
        </w:rPr>
        <w:t xml:space="preserve"> Оператор </w:t>
      </w:r>
      <w:r w:rsidR="00047385" w:rsidRPr="002E356C">
        <w:rPr>
          <w:rFonts w:cs="Times New Roman"/>
          <w:szCs w:val="24"/>
          <w:lang w:val="ru-RU"/>
        </w:rPr>
        <w:t>незамедлительно</w:t>
      </w:r>
      <w:r w:rsidR="005B041B" w:rsidRPr="002E356C">
        <w:rPr>
          <w:rFonts w:cs="Times New Roman"/>
          <w:szCs w:val="24"/>
          <w:lang w:val="ru-RU"/>
        </w:rPr>
        <w:t xml:space="preserve"> удаляет такие данные, если иное не установлено законом.</w:t>
      </w:r>
    </w:p>
    <w:p w14:paraId="14E474AF" w14:textId="77777777" w:rsidR="009A0142" w:rsidRPr="002E356C" w:rsidRDefault="009A0142" w:rsidP="00B57BCC">
      <w:pPr>
        <w:spacing w:after="0" w:line="240" w:lineRule="auto"/>
        <w:ind w:firstLine="567"/>
        <w:rPr>
          <w:rFonts w:cs="Times New Roman"/>
          <w:szCs w:val="24"/>
          <w:lang w:val="ru-RU"/>
        </w:rPr>
      </w:pPr>
    </w:p>
    <w:p w14:paraId="434C9498" w14:textId="77777777" w:rsidR="009A0142" w:rsidRPr="002E356C" w:rsidRDefault="009A0142" w:rsidP="00B57BCC">
      <w:pPr>
        <w:spacing w:after="0" w:line="240" w:lineRule="auto"/>
        <w:ind w:firstLine="567"/>
        <w:jc w:val="center"/>
        <w:rPr>
          <w:rFonts w:cs="Times New Roman"/>
          <w:szCs w:val="24"/>
          <w:lang w:val="ru-RU"/>
        </w:rPr>
      </w:pPr>
    </w:p>
    <w:p w14:paraId="45AC26BE" w14:textId="657BBE54" w:rsidR="005B041B" w:rsidRPr="002E356C" w:rsidRDefault="008B61D4" w:rsidP="00B57BCC">
      <w:pPr>
        <w:ind w:firstLine="567"/>
        <w:jc w:val="center"/>
        <w:rPr>
          <w:rFonts w:cs="Times New Roman"/>
          <w:b/>
          <w:bCs/>
          <w:szCs w:val="24"/>
          <w:lang w:val="ru-RU"/>
        </w:rPr>
      </w:pPr>
      <w:r w:rsidRPr="002E356C">
        <w:rPr>
          <w:rFonts w:cs="Times New Roman"/>
          <w:b/>
          <w:bCs/>
          <w:szCs w:val="24"/>
          <w:lang w:val="ru-RU"/>
        </w:rPr>
        <w:t xml:space="preserve">2. Права </w:t>
      </w:r>
      <w:r w:rsidR="00190675">
        <w:rPr>
          <w:rFonts w:cs="Times New Roman"/>
          <w:b/>
          <w:bCs/>
          <w:szCs w:val="24"/>
          <w:lang w:val="ru-RU"/>
        </w:rPr>
        <w:t>Пользователя и порядок обращени</w:t>
      </w:r>
      <w:r w:rsidR="00DE7ACB">
        <w:rPr>
          <w:rFonts w:cs="Times New Roman"/>
          <w:b/>
          <w:bCs/>
          <w:szCs w:val="24"/>
          <w:lang w:val="ru-RU"/>
        </w:rPr>
        <w:t>я</w:t>
      </w:r>
      <w:r w:rsidR="00190675">
        <w:rPr>
          <w:rFonts w:cs="Times New Roman"/>
          <w:b/>
          <w:bCs/>
          <w:szCs w:val="24"/>
          <w:lang w:val="ru-RU"/>
        </w:rPr>
        <w:t xml:space="preserve"> к Оператору </w:t>
      </w:r>
    </w:p>
    <w:p w14:paraId="1290DAEE" w14:textId="29197E2B" w:rsidR="00261D09" w:rsidRPr="002E356C" w:rsidRDefault="008B61D4" w:rsidP="00190675">
      <w:pPr>
        <w:spacing w:after="0" w:line="240" w:lineRule="auto"/>
        <w:ind w:firstLine="567"/>
        <w:jc w:val="both"/>
        <w:rPr>
          <w:rFonts w:cs="Times New Roman"/>
          <w:szCs w:val="24"/>
          <w:lang w:val="ru-RU"/>
        </w:rPr>
      </w:pPr>
      <w:r w:rsidRPr="002E356C">
        <w:rPr>
          <w:rFonts w:cs="Times New Roman"/>
          <w:szCs w:val="24"/>
          <w:lang w:val="ru-RU"/>
        </w:rPr>
        <w:t xml:space="preserve">2.1. </w:t>
      </w:r>
      <w:r w:rsidR="00190675" w:rsidRPr="00190675">
        <w:rPr>
          <w:rFonts w:cs="Times New Roman"/>
          <w:szCs w:val="24"/>
          <w:lang w:val="ru-RU"/>
        </w:rPr>
        <w:t>Пользователь Веб-сайта вправе:</w:t>
      </w:r>
      <w:r w:rsidR="00406EA0">
        <w:rPr>
          <w:rFonts w:cs="Times New Roman"/>
          <w:szCs w:val="24"/>
          <w:lang w:val="ru-RU"/>
        </w:rPr>
        <w:t xml:space="preserve"> </w:t>
      </w:r>
    </w:p>
    <w:p w14:paraId="349D076F" w14:textId="65BFFF62" w:rsidR="005B041B"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w:t>
      </w:r>
      <w:r w:rsidR="00190675">
        <w:rPr>
          <w:rFonts w:cs="Times New Roman"/>
          <w:szCs w:val="24"/>
          <w:lang w:val="ru-RU"/>
        </w:rPr>
        <w:t xml:space="preserve"> </w:t>
      </w:r>
      <w:r w:rsidR="00190675" w:rsidRPr="0056141D">
        <w:rPr>
          <w:rFonts w:cs="Times New Roman"/>
          <w:szCs w:val="24"/>
          <w:lang w:val="ru-RU"/>
        </w:rPr>
        <w:t>получать информацию, касающуюся обработки его персональных данных;</w:t>
      </w:r>
      <w:r w:rsidRPr="002E356C">
        <w:rPr>
          <w:rFonts w:cs="Times New Roman"/>
          <w:szCs w:val="24"/>
          <w:lang w:val="ru-RU"/>
        </w:rPr>
        <w:t xml:space="preserve"> </w:t>
      </w:r>
    </w:p>
    <w:p w14:paraId="57FD45F0" w14:textId="1E1FE754" w:rsidR="005B041B"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w:t>
      </w:r>
      <w:r w:rsidR="00190675" w:rsidRPr="0056141D">
        <w:rPr>
          <w:rFonts w:cs="Times New Roman"/>
          <w:szCs w:val="24"/>
          <w:lang w:val="ru-RU"/>
        </w:rPr>
        <w:t>требовать уточнения, блокирования или уничтожения своих персональных данных в случаях, предусмотренных законодательством Российской Федерации;</w:t>
      </w:r>
      <w:r w:rsidR="00D32B42">
        <w:rPr>
          <w:rFonts w:cs="Times New Roman"/>
          <w:szCs w:val="24"/>
          <w:lang w:val="ru-RU"/>
        </w:rPr>
        <w:t xml:space="preserve">  </w:t>
      </w:r>
    </w:p>
    <w:p w14:paraId="5A2AFDD2" w14:textId="77777777" w:rsidR="00190675"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w:t>
      </w:r>
      <w:r w:rsidR="00190675" w:rsidRPr="0056141D">
        <w:rPr>
          <w:rFonts w:cs="Times New Roman"/>
          <w:szCs w:val="24"/>
          <w:lang w:val="ru-RU"/>
        </w:rPr>
        <w:t>отозвать согласие на обработку персональных данных в случаях, когда обработка осуществляется на основании согласия;</w:t>
      </w:r>
    </w:p>
    <w:p w14:paraId="61DEB2F2" w14:textId="48FA3897" w:rsidR="00D85378" w:rsidRDefault="00190675"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обжаловать действия (бездействие) Оператора в уполномоченный орган по защите прав субъектов персональных данных или в судебном порядке;</w:t>
      </w:r>
    </w:p>
    <w:p w14:paraId="31DA9C48" w14:textId="30471FFC" w:rsidR="00190675" w:rsidRDefault="00190675"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осуществлять иные права, предусмотренные законодательством Российской Федерации.</w:t>
      </w:r>
    </w:p>
    <w:p w14:paraId="38F0208C" w14:textId="7CA66502" w:rsidR="00190675" w:rsidRDefault="00190675" w:rsidP="00B57BCC">
      <w:pPr>
        <w:spacing w:after="0" w:line="240" w:lineRule="auto"/>
        <w:ind w:firstLine="567"/>
        <w:jc w:val="both"/>
        <w:rPr>
          <w:rFonts w:cs="Times New Roman"/>
          <w:szCs w:val="24"/>
          <w:lang w:val="ru-RU"/>
        </w:rPr>
      </w:pPr>
      <w:r>
        <w:rPr>
          <w:rFonts w:cs="Times New Roman"/>
          <w:szCs w:val="24"/>
          <w:lang w:val="ru-RU"/>
        </w:rPr>
        <w:t xml:space="preserve">2.2. </w:t>
      </w:r>
      <w:r w:rsidRPr="0056141D">
        <w:rPr>
          <w:rFonts w:cs="Times New Roman"/>
          <w:szCs w:val="24"/>
          <w:lang w:val="ru-RU"/>
        </w:rPr>
        <w:t xml:space="preserve">Для реализации своих прав Пользователь вправе направить обращение Оператору по адресу электронной почты: </w:t>
      </w:r>
      <w:hyperlink r:id="rId15" w:history="1">
        <w:r w:rsidRPr="008E7A04">
          <w:rPr>
            <w:rStyle w:val="aff9"/>
            <w:rFonts w:cs="Times New Roman"/>
            <w:szCs w:val="24"/>
          </w:rPr>
          <w:t>mail</w:t>
        </w:r>
        <w:r w:rsidRPr="0056141D">
          <w:rPr>
            <w:rStyle w:val="aff9"/>
            <w:rFonts w:cs="Times New Roman"/>
            <w:szCs w:val="24"/>
            <w:lang w:val="ru-RU"/>
          </w:rPr>
          <w:t>@</w:t>
        </w:r>
        <w:r w:rsidRPr="008E7A04">
          <w:rPr>
            <w:rStyle w:val="aff9"/>
            <w:rFonts w:cs="Times New Roman"/>
            <w:szCs w:val="24"/>
          </w:rPr>
          <w:t>fond</w:t>
        </w:r>
        <w:r w:rsidRPr="0056141D">
          <w:rPr>
            <w:rStyle w:val="aff9"/>
            <w:rFonts w:cs="Times New Roman"/>
            <w:szCs w:val="24"/>
            <w:lang w:val="ru-RU"/>
          </w:rPr>
          <w:t>87.</w:t>
        </w:r>
        <w:r w:rsidRPr="008E7A04">
          <w:rPr>
            <w:rStyle w:val="aff9"/>
            <w:rFonts w:cs="Times New Roman"/>
            <w:szCs w:val="24"/>
          </w:rPr>
          <w:t>ru</w:t>
        </w:r>
      </w:hyperlink>
      <w:r w:rsidRPr="0056141D">
        <w:rPr>
          <w:rFonts w:cs="Times New Roman"/>
          <w:szCs w:val="24"/>
          <w:lang w:val="ru-RU"/>
        </w:rPr>
        <w:t>.</w:t>
      </w:r>
    </w:p>
    <w:p w14:paraId="35D1C12A" w14:textId="3B4736A5" w:rsidR="00190675" w:rsidRPr="00190675" w:rsidRDefault="00190675" w:rsidP="00B57BCC">
      <w:pPr>
        <w:spacing w:after="0" w:line="240" w:lineRule="auto"/>
        <w:ind w:firstLine="567"/>
        <w:jc w:val="both"/>
        <w:rPr>
          <w:rFonts w:cs="Times New Roman"/>
          <w:szCs w:val="24"/>
          <w:lang w:val="ru-RU"/>
        </w:rPr>
      </w:pPr>
      <w:r>
        <w:rPr>
          <w:rFonts w:cs="Times New Roman"/>
          <w:szCs w:val="24"/>
          <w:lang w:val="ru-RU"/>
        </w:rPr>
        <w:t xml:space="preserve">2.3. </w:t>
      </w:r>
      <w:r w:rsidRPr="0056141D">
        <w:rPr>
          <w:rFonts w:cs="Times New Roman"/>
          <w:szCs w:val="24"/>
          <w:lang w:val="ru-RU"/>
        </w:rPr>
        <w:t>Оператор рассматривает обращения субъектов персональных данных и принимает по ним решения в сроки и порядке, установленные законодательством Российской Федерации.</w:t>
      </w:r>
    </w:p>
    <w:p w14:paraId="7DE0FD83" w14:textId="2E90BABB" w:rsidR="005B041B"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w:t>
      </w:r>
    </w:p>
    <w:p w14:paraId="695BB933" w14:textId="54228D54" w:rsidR="00F05835" w:rsidRPr="002E356C" w:rsidRDefault="00D32B42" w:rsidP="00B57BCC">
      <w:pPr>
        <w:spacing w:after="0" w:line="240" w:lineRule="auto"/>
        <w:ind w:firstLine="567"/>
        <w:jc w:val="both"/>
        <w:rPr>
          <w:rFonts w:cs="Times New Roman"/>
          <w:szCs w:val="24"/>
          <w:lang w:val="ru-RU"/>
        </w:rPr>
      </w:pPr>
      <w:r>
        <w:rPr>
          <w:rFonts w:cs="Times New Roman"/>
          <w:szCs w:val="24"/>
          <w:lang w:val="ru-RU"/>
        </w:rPr>
        <w:t xml:space="preserve"> </w:t>
      </w:r>
    </w:p>
    <w:p w14:paraId="411EDD2F" w14:textId="4C94A502" w:rsidR="00D85378" w:rsidRPr="002E356C" w:rsidRDefault="008B61D4" w:rsidP="00B57BCC">
      <w:pPr>
        <w:ind w:firstLine="567"/>
        <w:jc w:val="center"/>
        <w:rPr>
          <w:rFonts w:cs="Times New Roman"/>
          <w:b/>
          <w:bCs/>
          <w:szCs w:val="24"/>
          <w:lang w:val="ru-RU"/>
        </w:rPr>
      </w:pPr>
      <w:r w:rsidRPr="002E356C">
        <w:rPr>
          <w:rFonts w:cs="Times New Roman"/>
          <w:b/>
          <w:bCs/>
          <w:szCs w:val="24"/>
          <w:lang w:val="ru-RU"/>
        </w:rPr>
        <w:t xml:space="preserve">3. Цели </w:t>
      </w:r>
      <w:r w:rsidR="00EB783F">
        <w:rPr>
          <w:rFonts w:cs="Times New Roman"/>
          <w:b/>
          <w:bCs/>
          <w:szCs w:val="24"/>
          <w:lang w:val="ru-RU"/>
        </w:rPr>
        <w:t>о</w:t>
      </w:r>
      <w:r w:rsidR="00EB783F" w:rsidRPr="0056141D">
        <w:rPr>
          <w:rFonts w:cs="Times New Roman"/>
          <w:b/>
          <w:bCs/>
          <w:szCs w:val="24"/>
          <w:lang w:val="ru-RU"/>
        </w:rPr>
        <w:t>бработки персональных данных на Веб-сайтах Оператора, категории субъектов, виды персональных данных, способы обработки, сроки обработки и хранения</w:t>
      </w:r>
      <w:r w:rsidR="00EB783F">
        <w:rPr>
          <w:rFonts w:cs="Times New Roman"/>
          <w:b/>
          <w:bCs/>
          <w:szCs w:val="24"/>
          <w:lang w:val="ru-RU"/>
        </w:rPr>
        <w:t xml:space="preserve"> </w:t>
      </w:r>
    </w:p>
    <w:p w14:paraId="6AEF91FC" w14:textId="3948CA76" w:rsidR="00EB783F" w:rsidRPr="0056141D" w:rsidRDefault="008B61D4" w:rsidP="00B57BCC">
      <w:pPr>
        <w:spacing w:after="0" w:line="240" w:lineRule="auto"/>
        <w:ind w:firstLine="567"/>
        <w:jc w:val="both"/>
        <w:rPr>
          <w:rFonts w:cs="Times New Roman"/>
          <w:szCs w:val="24"/>
        </w:rPr>
      </w:pPr>
      <w:r w:rsidRPr="0056141D">
        <w:rPr>
          <w:rFonts w:cs="Times New Roman"/>
          <w:szCs w:val="24"/>
        </w:rPr>
        <w:lastRenderedPageBreak/>
        <w:t xml:space="preserve">3.1. </w:t>
      </w:r>
      <w:r w:rsidR="002A6EED" w:rsidRPr="002A6EED">
        <w:rPr>
          <w:rFonts w:cs="Times New Roman"/>
          <w:szCs w:val="24"/>
        </w:rPr>
        <w:t xml:space="preserve">Сайт </w:t>
      </w:r>
      <w:hyperlink r:id="rId16" w:tgtFrame="_new" w:history="1">
        <w:r w:rsidR="002A6EED" w:rsidRPr="002A6EED">
          <w:rPr>
            <w:rStyle w:val="aff9"/>
            <w:rFonts w:cs="Times New Roman"/>
            <w:szCs w:val="24"/>
          </w:rPr>
          <w:t>https://fond87.ru</w:t>
        </w:r>
      </w:hyperlink>
    </w:p>
    <w:p w14:paraId="76E7A94C" w14:textId="770B66FC" w:rsidR="002A6EED" w:rsidRPr="0056141D" w:rsidRDefault="002A6EED" w:rsidP="00B57BCC">
      <w:pPr>
        <w:spacing w:after="0" w:line="240" w:lineRule="auto"/>
        <w:ind w:firstLine="567"/>
        <w:jc w:val="both"/>
        <w:rPr>
          <w:rFonts w:cs="Times New Roman"/>
          <w:szCs w:val="24"/>
        </w:rPr>
      </w:pPr>
      <w:r w:rsidRPr="0056141D">
        <w:rPr>
          <w:rFonts w:cs="Times New Roman"/>
          <w:szCs w:val="24"/>
        </w:rPr>
        <w:t>3.1.1.</w:t>
      </w:r>
      <w:r w:rsidR="00D32B42">
        <w:rPr>
          <w:rFonts w:cs="Times New Roman"/>
          <w:szCs w:val="24"/>
        </w:rPr>
        <w:t xml:space="preserve"> </w:t>
      </w:r>
      <w:r w:rsidRPr="002A6EED">
        <w:rPr>
          <w:rFonts w:cs="Times New Roman"/>
          <w:szCs w:val="24"/>
        </w:rPr>
        <w:t>Онлайн-чат (Jivo / Salute bot)</w:t>
      </w:r>
    </w:p>
    <w:p w14:paraId="6935BCFE"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Цель обработки:</w:t>
      </w:r>
      <w:r w:rsidRPr="0056141D">
        <w:rPr>
          <w:rFonts w:cs="Times New Roman"/>
          <w:szCs w:val="24"/>
          <w:lang w:val="ru-RU"/>
        </w:rPr>
        <w:t xml:space="preserve"> обеспечение оперативной коммуникации с пользователями сайта, прием и рассмотрение обращений, консультирование и направление ответа пользователю.</w:t>
      </w:r>
    </w:p>
    <w:p w14:paraId="26BA3C18" w14:textId="77777777" w:rsidR="00261D09"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Категории субъектов:</w:t>
      </w:r>
      <w:r w:rsidRPr="0056141D">
        <w:rPr>
          <w:rFonts w:cs="Times New Roman"/>
          <w:szCs w:val="24"/>
          <w:lang w:val="ru-RU"/>
        </w:rPr>
        <w:t xml:space="preserve"> пользователи сайта, потенциальные клиенты, клиенты Фонда.</w:t>
      </w:r>
    </w:p>
    <w:p w14:paraId="7782FB63" w14:textId="7D8B213A"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Персональные данные:</w:t>
      </w:r>
      <w:r w:rsidRPr="0056141D">
        <w:rPr>
          <w:rFonts w:cs="Times New Roman"/>
          <w:szCs w:val="24"/>
          <w:lang w:val="ru-RU"/>
        </w:rPr>
        <w:t xml:space="preserve"> имя (при указании), адрес электронной почты, текст сообщения, данные сессии и устройства, идентификатор чата, иные сведения, сообщенные пользователем в ходе переписки.</w:t>
      </w:r>
    </w:p>
    <w:p w14:paraId="7985E84F"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Способ</w:t>
      </w:r>
      <w:r>
        <w:rPr>
          <w:rFonts w:cs="Times New Roman"/>
          <w:b/>
          <w:bCs/>
          <w:szCs w:val="24"/>
          <w:lang w:val="ru-RU"/>
        </w:rPr>
        <w:t xml:space="preserve"> </w:t>
      </w:r>
      <w:r w:rsidRPr="0056141D">
        <w:rPr>
          <w:rFonts w:cs="Times New Roman"/>
          <w:b/>
          <w:bCs/>
          <w:szCs w:val="24"/>
          <w:lang w:val="ru-RU"/>
        </w:rPr>
        <w:t>обработки:</w:t>
      </w:r>
      <w:r w:rsidRPr="0056141D">
        <w:rPr>
          <w:rFonts w:cs="Times New Roman"/>
          <w:szCs w:val="24"/>
          <w:lang w:val="ru-RU"/>
        </w:rPr>
        <w:t xml:space="preserve"> автоматизированная обработка через онлайн-чат.</w:t>
      </w:r>
    </w:p>
    <w:p w14:paraId="713E03A5"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Основание обработки:</w:t>
      </w:r>
      <w:r w:rsidRPr="0056141D">
        <w:rPr>
          <w:rFonts w:cs="Times New Roman"/>
          <w:szCs w:val="24"/>
          <w:lang w:val="ru-RU"/>
        </w:rPr>
        <w:t xml:space="preserve"> отдельное согласие пользователя, предоставляемое в интерфейсе онлайн-чата до начала обработки персональных данных.</w:t>
      </w:r>
    </w:p>
    <w:p w14:paraId="0FAC0998" w14:textId="77777777" w:rsidR="00190675" w:rsidRPr="0056141D" w:rsidRDefault="00190675" w:rsidP="00B57BCC">
      <w:pPr>
        <w:spacing w:after="0" w:line="240" w:lineRule="auto"/>
        <w:ind w:firstLine="567"/>
        <w:jc w:val="both"/>
        <w:rPr>
          <w:rFonts w:cs="Times New Roman"/>
          <w:szCs w:val="24"/>
          <w:lang w:val="ru-RU"/>
        </w:rPr>
      </w:pPr>
      <w:r w:rsidRPr="0056141D">
        <w:rPr>
          <w:rFonts w:cs="Times New Roman"/>
          <w:b/>
          <w:bCs/>
          <w:szCs w:val="24"/>
          <w:lang w:val="ru-RU"/>
        </w:rPr>
        <w:t>Срок обработки:</w:t>
      </w:r>
      <w:r w:rsidRPr="0056141D">
        <w:rPr>
          <w:rFonts w:cs="Times New Roman"/>
          <w:szCs w:val="24"/>
          <w:lang w:val="ru-RU"/>
        </w:rPr>
        <w:t xml:space="preserve"> до достижения цели обработки либо до отзыва согласия, если иное не предусмотрено законодательством Российской Федерации.</w:t>
      </w:r>
    </w:p>
    <w:p w14:paraId="170CFB4B" w14:textId="070FDD97" w:rsidR="00190675" w:rsidRPr="0056141D" w:rsidRDefault="00190675" w:rsidP="00190675">
      <w:pPr>
        <w:spacing w:after="0" w:line="240" w:lineRule="auto"/>
        <w:ind w:firstLine="567"/>
        <w:jc w:val="both"/>
        <w:rPr>
          <w:rFonts w:cs="Times New Roman"/>
          <w:szCs w:val="24"/>
          <w:lang w:val="ru-RU"/>
        </w:rPr>
      </w:pPr>
      <w:r w:rsidRPr="0056141D">
        <w:rPr>
          <w:rFonts w:cs="Times New Roman"/>
          <w:b/>
          <w:bCs/>
          <w:szCs w:val="24"/>
          <w:lang w:val="ru-RU"/>
        </w:rPr>
        <w:t>Срок хранения:</w:t>
      </w:r>
      <w:r w:rsidRPr="0056141D">
        <w:rPr>
          <w:rFonts w:cs="Times New Roman"/>
          <w:szCs w:val="24"/>
          <w:lang w:val="ru-RU"/>
        </w:rPr>
        <w:t xml:space="preserve"> </w:t>
      </w:r>
      <w:r w:rsidR="00081A34" w:rsidRPr="005045E0">
        <w:rPr>
          <w:rFonts w:cs="Times New Roman"/>
          <w:szCs w:val="24"/>
          <w:lang w:val="ru-RU"/>
        </w:rPr>
        <w:t>персональные данные хранятся не дольше, чем этого требуют цели их обработки. После достижения цели обработки либо при отзыве согласия, если отсутствует иное законное основание для дальнейшей обработки, Оператор прекращает обработку персональных данных и обеспечивает их уничтожение в срок, не превышающий 30 дней с даты достижения цели обработки либо получения отзыва согласия соответственно, в порядке, установленном разделом 9 настоящей Политики.</w:t>
      </w:r>
      <w:r w:rsidR="00081A34">
        <w:rPr>
          <w:rFonts w:cs="Times New Roman"/>
          <w:szCs w:val="24"/>
          <w:lang w:val="ru-RU"/>
        </w:rPr>
        <w:t xml:space="preserve"> </w:t>
      </w:r>
    </w:p>
    <w:p w14:paraId="7AA9EF92" w14:textId="22BB14D8" w:rsidR="002A6EED" w:rsidRPr="0056141D" w:rsidRDefault="002A6EED" w:rsidP="00190675">
      <w:pPr>
        <w:spacing w:after="0" w:line="240" w:lineRule="auto"/>
        <w:ind w:firstLine="567"/>
        <w:jc w:val="both"/>
        <w:rPr>
          <w:rFonts w:cs="Times New Roman"/>
          <w:b/>
          <w:bCs/>
          <w:szCs w:val="24"/>
          <w:lang w:val="ru-RU"/>
        </w:rPr>
      </w:pPr>
      <w:r w:rsidRPr="0056141D">
        <w:rPr>
          <w:rFonts w:cs="Times New Roman"/>
          <w:b/>
          <w:bCs/>
          <w:szCs w:val="24"/>
          <w:lang w:val="ru-RU"/>
        </w:rPr>
        <w:t>Третьи лица / сервисы:</w:t>
      </w:r>
      <w:r w:rsidRPr="0056141D">
        <w:rPr>
          <w:rFonts w:cs="Times New Roman"/>
          <w:szCs w:val="24"/>
          <w:lang w:val="ru-RU"/>
        </w:rPr>
        <w:t xml:space="preserve"> ООО «Дживо» (</w:t>
      </w:r>
      <w:r w:rsidRPr="002A6EED">
        <w:rPr>
          <w:rFonts w:cs="Times New Roman"/>
          <w:szCs w:val="24"/>
        </w:rPr>
        <w:t>Jivo</w:t>
      </w:r>
      <w:r w:rsidRPr="0056141D">
        <w:rPr>
          <w:rFonts w:cs="Times New Roman"/>
          <w:szCs w:val="24"/>
          <w:lang w:val="ru-RU"/>
        </w:rPr>
        <w:t>), ПАО «Сбербанк» (</w:t>
      </w:r>
      <w:r w:rsidRPr="002A6EED">
        <w:rPr>
          <w:rFonts w:cs="Times New Roman"/>
          <w:szCs w:val="24"/>
        </w:rPr>
        <w:t>Salute</w:t>
      </w:r>
      <w:r w:rsidRPr="0056141D">
        <w:rPr>
          <w:rFonts w:cs="Times New Roman"/>
          <w:szCs w:val="24"/>
          <w:lang w:val="ru-RU"/>
        </w:rPr>
        <w:t xml:space="preserve"> </w:t>
      </w:r>
      <w:r w:rsidRPr="002A6EED">
        <w:rPr>
          <w:rFonts w:cs="Times New Roman"/>
          <w:szCs w:val="24"/>
        </w:rPr>
        <w:t>bot</w:t>
      </w:r>
      <w:r w:rsidRPr="0056141D">
        <w:rPr>
          <w:rFonts w:cs="Times New Roman"/>
          <w:szCs w:val="24"/>
          <w:lang w:val="ru-RU"/>
        </w:rPr>
        <w:t>).</w:t>
      </w:r>
    </w:p>
    <w:p w14:paraId="476200C6" w14:textId="1FA8310A" w:rsidR="0035676B" w:rsidRPr="0035676B" w:rsidRDefault="0035676B" w:rsidP="00B57BCC">
      <w:pPr>
        <w:spacing w:after="0" w:line="240" w:lineRule="auto"/>
        <w:ind w:firstLine="567"/>
        <w:jc w:val="both"/>
        <w:rPr>
          <w:rFonts w:cs="Times New Roman"/>
          <w:szCs w:val="24"/>
          <w:lang w:val="ru-RU"/>
        </w:rPr>
      </w:pPr>
      <w:r w:rsidRPr="0056141D">
        <w:rPr>
          <w:rFonts w:cs="Times New Roman"/>
          <w:szCs w:val="24"/>
          <w:lang w:val="ru-RU"/>
        </w:rPr>
        <w:t>При направлении обращения в нерабочее время ответ Пользователю может быть направлен на указанный им адрес электронной почты. При первичном обращении через онлайн-чат Пользователь может предоставить имя и адрес электронной почты.</w:t>
      </w:r>
    </w:p>
    <w:p w14:paraId="7DCD57DE" w14:textId="65D119FB" w:rsidR="002A6EED" w:rsidRDefault="002A6EED" w:rsidP="00B57BCC">
      <w:pPr>
        <w:spacing w:after="0" w:line="240" w:lineRule="auto"/>
        <w:ind w:firstLine="567"/>
        <w:jc w:val="both"/>
        <w:rPr>
          <w:rFonts w:cs="Times New Roman"/>
          <w:szCs w:val="24"/>
          <w:lang w:val="ru-RU"/>
        </w:rPr>
      </w:pPr>
      <w:r>
        <w:rPr>
          <w:rFonts w:cs="Times New Roman"/>
          <w:szCs w:val="24"/>
          <w:lang w:val="ru-RU"/>
        </w:rPr>
        <w:t xml:space="preserve">3.1.2. </w:t>
      </w:r>
      <w:r w:rsidRPr="002A6EED">
        <w:rPr>
          <w:rFonts w:cs="Times New Roman"/>
          <w:szCs w:val="24"/>
        </w:rPr>
        <w:t>Cookie</w:t>
      </w:r>
      <w:r w:rsidRPr="0056141D">
        <w:rPr>
          <w:rFonts w:cs="Times New Roman"/>
          <w:szCs w:val="24"/>
          <w:lang w:val="ru-RU"/>
        </w:rPr>
        <w:t xml:space="preserve"> и веб-аналитика</w:t>
      </w:r>
    </w:p>
    <w:p w14:paraId="6EE43BE9"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Цель обработки:</w:t>
      </w:r>
      <w:r w:rsidRPr="0056141D">
        <w:rPr>
          <w:rFonts w:cs="Times New Roman"/>
          <w:szCs w:val="24"/>
          <w:lang w:val="ru-RU"/>
        </w:rPr>
        <w:t xml:space="preserve"> обеспечение корректной работы сайта, анализ посещаемости, улучшение структуры и содержания сайта.</w:t>
      </w:r>
    </w:p>
    <w:p w14:paraId="26EE2674"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Категории субъектов:</w:t>
      </w:r>
      <w:r w:rsidRPr="0056141D">
        <w:rPr>
          <w:rFonts w:cs="Times New Roman"/>
          <w:szCs w:val="24"/>
          <w:lang w:val="ru-RU"/>
        </w:rPr>
        <w:t xml:space="preserve"> пользователи сайта.</w:t>
      </w:r>
    </w:p>
    <w:p w14:paraId="4BDC6B6E" w14:textId="13868584"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Персональные данные:</w:t>
      </w:r>
      <w:r w:rsidRPr="0056141D">
        <w:rPr>
          <w:rFonts w:cs="Times New Roman"/>
          <w:szCs w:val="24"/>
          <w:lang w:val="ru-RU"/>
        </w:rPr>
        <w:t xml:space="preserve"> </w:t>
      </w:r>
      <w:r w:rsidRPr="002A6EED">
        <w:rPr>
          <w:rFonts w:cs="Times New Roman"/>
          <w:szCs w:val="24"/>
        </w:rPr>
        <w:t>cookie</w:t>
      </w:r>
      <w:r w:rsidRPr="0056141D">
        <w:rPr>
          <w:rFonts w:cs="Times New Roman"/>
          <w:szCs w:val="24"/>
          <w:lang w:val="ru-RU"/>
        </w:rPr>
        <w:t xml:space="preserve">-идентификаторы, </w:t>
      </w:r>
      <w:r w:rsidRPr="002A6EED">
        <w:rPr>
          <w:rFonts w:cs="Times New Roman"/>
          <w:szCs w:val="24"/>
        </w:rPr>
        <w:t>IP</w:t>
      </w:r>
      <w:r w:rsidRPr="0056141D">
        <w:rPr>
          <w:rFonts w:cs="Times New Roman"/>
          <w:szCs w:val="24"/>
          <w:lang w:val="ru-RU"/>
        </w:rPr>
        <w:t>-адрес, сведения об устройстве и браузере, дата и время посещения, адрес страницы, сведения о действиях пользователя на сайте.</w:t>
      </w:r>
    </w:p>
    <w:p w14:paraId="6F7A66DD"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Способ обработки:</w:t>
      </w:r>
      <w:r w:rsidRPr="0056141D">
        <w:rPr>
          <w:rFonts w:cs="Times New Roman"/>
          <w:szCs w:val="24"/>
          <w:lang w:val="ru-RU"/>
        </w:rPr>
        <w:t xml:space="preserve"> автоматизированная обработка с использованием файлов </w:t>
      </w:r>
      <w:r w:rsidRPr="002A6EED">
        <w:rPr>
          <w:rFonts w:cs="Times New Roman"/>
          <w:szCs w:val="24"/>
        </w:rPr>
        <w:t>cookie</w:t>
      </w:r>
      <w:r w:rsidRPr="0056141D">
        <w:rPr>
          <w:rFonts w:cs="Times New Roman"/>
          <w:szCs w:val="24"/>
          <w:lang w:val="ru-RU"/>
        </w:rPr>
        <w:t xml:space="preserve"> и сервиса веб-аналитики.</w:t>
      </w:r>
    </w:p>
    <w:p w14:paraId="7BF93E5B" w14:textId="77777777" w:rsidR="002A6EED" w:rsidRDefault="002A6EED" w:rsidP="00B57BCC">
      <w:pPr>
        <w:spacing w:after="0" w:line="240" w:lineRule="auto"/>
        <w:ind w:firstLine="567"/>
        <w:jc w:val="both"/>
        <w:rPr>
          <w:rFonts w:cs="Times New Roman"/>
          <w:b/>
          <w:bCs/>
          <w:szCs w:val="24"/>
          <w:lang w:val="ru-RU"/>
        </w:rPr>
      </w:pPr>
      <w:r w:rsidRPr="0056141D">
        <w:rPr>
          <w:rFonts w:cs="Times New Roman"/>
          <w:b/>
          <w:bCs/>
          <w:szCs w:val="24"/>
          <w:lang w:val="ru-RU"/>
        </w:rPr>
        <w:t>Основание обработки:</w:t>
      </w:r>
    </w:p>
    <w:p w14:paraId="25AB8603" w14:textId="77777777" w:rsidR="002A6EED" w:rsidRDefault="002A6EED" w:rsidP="00B57BCC">
      <w:pPr>
        <w:spacing w:after="0" w:line="240" w:lineRule="auto"/>
        <w:ind w:firstLine="567"/>
        <w:jc w:val="both"/>
        <w:rPr>
          <w:rFonts w:cs="Times New Roman"/>
          <w:szCs w:val="24"/>
          <w:lang w:val="ru-RU"/>
        </w:rPr>
      </w:pPr>
      <w:r>
        <w:rPr>
          <w:rFonts w:cs="Times New Roman"/>
          <w:szCs w:val="24"/>
          <w:lang w:val="ru-RU"/>
        </w:rPr>
        <w:t>-</w:t>
      </w:r>
      <w:r w:rsidRPr="0056141D">
        <w:rPr>
          <w:rFonts w:cs="Times New Roman"/>
          <w:szCs w:val="24"/>
          <w:lang w:val="ru-RU"/>
        </w:rPr>
        <w:t xml:space="preserve"> для строго необходимых </w:t>
      </w:r>
      <w:r w:rsidRPr="002A6EED">
        <w:rPr>
          <w:rFonts w:cs="Times New Roman"/>
          <w:szCs w:val="24"/>
        </w:rPr>
        <w:t>cookie</w:t>
      </w:r>
      <w:r w:rsidRPr="0056141D">
        <w:rPr>
          <w:rFonts w:cs="Times New Roman"/>
          <w:szCs w:val="24"/>
          <w:lang w:val="ru-RU"/>
        </w:rPr>
        <w:t xml:space="preserve"> — законный интерес Оператора по обеспечению работоспособности и безопасности сайта;</w:t>
      </w:r>
    </w:p>
    <w:p w14:paraId="4BB32C4D" w14:textId="33B23015" w:rsidR="002A6EED" w:rsidRPr="00081A34" w:rsidRDefault="002A6EED" w:rsidP="00B57BCC">
      <w:pPr>
        <w:spacing w:after="0" w:line="240" w:lineRule="auto"/>
        <w:ind w:firstLine="567"/>
        <w:jc w:val="both"/>
        <w:rPr>
          <w:rFonts w:cs="Times New Roman"/>
          <w:szCs w:val="24"/>
          <w:lang w:val="ru-RU"/>
        </w:rPr>
      </w:pPr>
      <w:r>
        <w:rPr>
          <w:rFonts w:cs="Times New Roman"/>
          <w:szCs w:val="24"/>
          <w:lang w:val="ru-RU"/>
        </w:rPr>
        <w:t>-</w:t>
      </w:r>
      <w:r w:rsidRPr="0056141D">
        <w:rPr>
          <w:rFonts w:cs="Times New Roman"/>
          <w:szCs w:val="24"/>
          <w:lang w:val="ru-RU"/>
        </w:rPr>
        <w:t xml:space="preserve"> для аналитических </w:t>
      </w:r>
      <w:r w:rsidRPr="002A6EED">
        <w:rPr>
          <w:rFonts w:cs="Times New Roman"/>
          <w:szCs w:val="24"/>
        </w:rPr>
        <w:t>cookie</w:t>
      </w:r>
      <w:r w:rsidRPr="0056141D">
        <w:rPr>
          <w:rFonts w:cs="Times New Roman"/>
          <w:szCs w:val="24"/>
          <w:lang w:val="ru-RU"/>
        </w:rPr>
        <w:t xml:space="preserve"> и Яндекс.Метрики — отдельное согласие пользователя через </w:t>
      </w:r>
      <w:r w:rsidRPr="002A6EED">
        <w:rPr>
          <w:rFonts w:cs="Times New Roman"/>
          <w:szCs w:val="24"/>
        </w:rPr>
        <w:t>cookie</w:t>
      </w:r>
      <w:r w:rsidRPr="0056141D">
        <w:rPr>
          <w:rFonts w:cs="Times New Roman"/>
          <w:szCs w:val="24"/>
          <w:lang w:val="ru-RU"/>
        </w:rPr>
        <w:t>-баннер.</w:t>
      </w:r>
    </w:p>
    <w:p w14:paraId="24690C34" w14:textId="77777777" w:rsidR="00190675" w:rsidRPr="00190675" w:rsidRDefault="00190675" w:rsidP="00B57BCC">
      <w:pPr>
        <w:spacing w:after="0" w:line="240" w:lineRule="auto"/>
        <w:ind w:firstLine="567"/>
        <w:jc w:val="both"/>
        <w:rPr>
          <w:rFonts w:cs="Times New Roman"/>
          <w:szCs w:val="24"/>
          <w:lang w:val="ru-RU"/>
        </w:rPr>
      </w:pPr>
      <w:r w:rsidRPr="0056141D">
        <w:rPr>
          <w:rFonts w:cs="Times New Roman"/>
          <w:b/>
          <w:bCs/>
          <w:szCs w:val="24"/>
          <w:lang w:val="ru-RU"/>
        </w:rPr>
        <w:t>Срок обработки:</w:t>
      </w:r>
      <w:r w:rsidRPr="0056141D">
        <w:rPr>
          <w:rFonts w:cs="Times New Roman"/>
          <w:szCs w:val="24"/>
          <w:lang w:val="ru-RU"/>
        </w:rPr>
        <w:t xml:space="preserve"> до достижения цели обработки, отзыва согласия либо истечения срока действия соответствующего </w:t>
      </w:r>
      <w:r w:rsidRPr="0056141D">
        <w:rPr>
          <w:rFonts w:cs="Times New Roman"/>
          <w:szCs w:val="24"/>
        </w:rPr>
        <w:t>cookie</w:t>
      </w:r>
      <w:r w:rsidRPr="0056141D">
        <w:rPr>
          <w:rFonts w:cs="Times New Roman"/>
          <w:szCs w:val="24"/>
          <w:lang w:val="ru-RU"/>
        </w:rPr>
        <w:t xml:space="preserve"> — в зависимости от того, что наступит ранее.</w:t>
      </w:r>
    </w:p>
    <w:p w14:paraId="1F3826F7" w14:textId="7B9BD5E1" w:rsidR="002A6EED" w:rsidRPr="00190675" w:rsidRDefault="00190675" w:rsidP="00B57BCC">
      <w:pPr>
        <w:spacing w:after="0" w:line="240" w:lineRule="auto"/>
        <w:ind w:firstLine="567"/>
        <w:jc w:val="both"/>
        <w:rPr>
          <w:rFonts w:cs="Times New Roman"/>
          <w:szCs w:val="24"/>
          <w:lang w:val="ru-RU"/>
        </w:rPr>
      </w:pPr>
      <w:r w:rsidRPr="0056141D">
        <w:rPr>
          <w:rFonts w:cs="Times New Roman"/>
          <w:b/>
          <w:bCs/>
          <w:szCs w:val="24"/>
          <w:lang w:val="ru-RU"/>
        </w:rPr>
        <w:t>Срок хранения:</w:t>
      </w:r>
      <w:r w:rsidRPr="0056141D">
        <w:rPr>
          <w:rFonts w:cs="Times New Roman"/>
          <w:szCs w:val="24"/>
          <w:lang w:val="ru-RU"/>
        </w:rPr>
        <w:t xml:space="preserve"> в пределах срока действия соответствующего </w:t>
      </w:r>
      <w:r w:rsidRPr="0056141D">
        <w:rPr>
          <w:rFonts w:cs="Times New Roman"/>
          <w:szCs w:val="24"/>
        </w:rPr>
        <w:t>cookie</w:t>
      </w:r>
      <w:r w:rsidRPr="0056141D">
        <w:rPr>
          <w:rFonts w:cs="Times New Roman"/>
          <w:szCs w:val="24"/>
          <w:lang w:val="ru-RU"/>
        </w:rPr>
        <w:t xml:space="preserve"> и не дольше срока, необходимого для достижения цели обработки, если иное не предусмотрено законодательством Российской Федерации.</w:t>
      </w:r>
    </w:p>
    <w:p w14:paraId="2FAACBF5" w14:textId="0125662D" w:rsidR="00261D09" w:rsidRPr="0056141D" w:rsidRDefault="002A6EED" w:rsidP="0056141D">
      <w:pPr>
        <w:spacing w:after="0" w:line="240" w:lineRule="auto"/>
        <w:ind w:firstLine="567"/>
        <w:jc w:val="both"/>
        <w:rPr>
          <w:rFonts w:cs="Times New Roman"/>
          <w:szCs w:val="24"/>
          <w:lang w:val="ru-RU"/>
        </w:rPr>
      </w:pPr>
      <w:r w:rsidRPr="0056141D">
        <w:rPr>
          <w:rFonts w:cs="Times New Roman"/>
          <w:b/>
          <w:bCs/>
          <w:szCs w:val="24"/>
          <w:lang w:val="ru-RU"/>
        </w:rPr>
        <w:t>Третьи лица / сервисы:</w:t>
      </w:r>
      <w:r w:rsidRPr="0056141D">
        <w:rPr>
          <w:rFonts w:cs="Times New Roman"/>
          <w:szCs w:val="24"/>
          <w:lang w:val="ru-RU"/>
        </w:rPr>
        <w:t xml:space="preserve"> ООО «Яндекс».</w:t>
      </w:r>
    </w:p>
    <w:p w14:paraId="0AD135AA" w14:textId="523AAA79" w:rsidR="002A6EED" w:rsidRPr="0056141D" w:rsidRDefault="002A6EED" w:rsidP="00B57BCC">
      <w:pPr>
        <w:spacing w:after="0" w:line="240" w:lineRule="auto"/>
        <w:ind w:firstLine="567"/>
        <w:jc w:val="both"/>
        <w:rPr>
          <w:rFonts w:cs="Times New Roman"/>
          <w:bCs/>
          <w:szCs w:val="24"/>
          <w:lang w:val="ru-RU"/>
        </w:rPr>
      </w:pPr>
      <w:r w:rsidRPr="0056141D">
        <w:rPr>
          <w:rFonts w:cs="Times New Roman"/>
          <w:bCs/>
          <w:szCs w:val="24"/>
          <w:lang w:val="ru-RU"/>
        </w:rPr>
        <w:t xml:space="preserve">3.2. Сайт </w:t>
      </w:r>
      <w:hyperlink r:id="rId17" w:tgtFrame="_new" w:history="1">
        <w:r w:rsidRPr="00261D09">
          <w:rPr>
            <w:rStyle w:val="aff9"/>
            <w:rFonts w:cs="Times New Roman"/>
            <w:bCs/>
            <w:szCs w:val="24"/>
          </w:rPr>
          <w:t>https</w:t>
        </w:r>
        <w:r w:rsidRPr="0056141D">
          <w:rPr>
            <w:rStyle w:val="aff9"/>
            <w:rFonts w:cs="Times New Roman"/>
            <w:bCs/>
            <w:szCs w:val="24"/>
            <w:lang w:val="ru-RU"/>
          </w:rPr>
          <w:t>://</w:t>
        </w:r>
        <w:r w:rsidRPr="00261D09">
          <w:rPr>
            <w:rStyle w:val="aff9"/>
            <w:rFonts w:cs="Times New Roman"/>
            <w:bCs/>
            <w:szCs w:val="24"/>
          </w:rPr>
          <w:t>www</w:t>
        </w:r>
        <w:r w:rsidRPr="0056141D">
          <w:rPr>
            <w:rStyle w:val="aff9"/>
            <w:rFonts w:cs="Times New Roman"/>
            <w:bCs/>
            <w:szCs w:val="24"/>
            <w:lang w:val="ru-RU"/>
          </w:rPr>
          <w:t>.</w:t>
        </w:r>
        <w:r w:rsidRPr="00261D09">
          <w:rPr>
            <w:rStyle w:val="aff9"/>
            <w:rFonts w:cs="Times New Roman"/>
            <w:bCs/>
            <w:szCs w:val="24"/>
          </w:rPr>
          <w:t>chukotka</w:t>
        </w:r>
        <w:r w:rsidRPr="0056141D">
          <w:rPr>
            <w:rStyle w:val="aff9"/>
            <w:rFonts w:cs="Times New Roman"/>
            <w:bCs/>
            <w:szCs w:val="24"/>
            <w:lang w:val="ru-RU"/>
          </w:rPr>
          <w:t>-</w:t>
        </w:r>
        <w:r w:rsidRPr="00261D09">
          <w:rPr>
            <w:rStyle w:val="aff9"/>
            <w:rFonts w:cs="Times New Roman"/>
            <w:bCs/>
            <w:szCs w:val="24"/>
          </w:rPr>
          <w:t>invest</w:t>
        </w:r>
        <w:r w:rsidRPr="0056141D">
          <w:rPr>
            <w:rStyle w:val="aff9"/>
            <w:rFonts w:cs="Times New Roman"/>
            <w:bCs/>
            <w:szCs w:val="24"/>
            <w:lang w:val="ru-RU"/>
          </w:rPr>
          <w:t>.</w:t>
        </w:r>
        <w:r w:rsidRPr="00261D09">
          <w:rPr>
            <w:rStyle w:val="aff9"/>
            <w:rFonts w:cs="Times New Roman"/>
            <w:bCs/>
            <w:szCs w:val="24"/>
          </w:rPr>
          <w:t>ru</w:t>
        </w:r>
      </w:hyperlink>
    </w:p>
    <w:p w14:paraId="0797FE3F" w14:textId="346B1468" w:rsidR="002A6EED" w:rsidRDefault="002A6EED" w:rsidP="00B57BCC">
      <w:pPr>
        <w:spacing w:after="0" w:line="240" w:lineRule="auto"/>
        <w:ind w:firstLine="567"/>
        <w:jc w:val="both"/>
        <w:rPr>
          <w:rFonts w:cs="Times New Roman"/>
          <w:szCs w:val="24"/>
          <w:lang w:val="ru-RU"/>
        </w:rPr>
      </w:pPr>
      <w:r w:rsidRPr="0056141D">
        <w:rPr>
          <w:rFonts w:cs="Times New Roman"/>
          <w:bCs/>
          <w:szCs w:val="24"/>
          <w:lang w:val="ru-RU"/>
        </w:rPr>
        <w:t>3.2.1.</w:t>
      </w:r>
      <w:r>
        <w:rPr>
          <w:rFonts w:cs="Times New Roman"/>
          <w:b/>
          <w:bCs/>
          <w:szCs w:val="24"/>
          <w:lang w:val="ru-RU"/>
        </w:rPr>
        <w:t xml:space="preserve"> </w:t>
      </w:r>
      <w:r w:rsidRPr="0056141D">
        <w:rPr>
          <w:rFonts w:cs="Times New Roman"/>
          <w:szCs w:val="24"/>
          <w:lang w:val="ru-RU"/>
        </w:rPr>
        <w:t>Форма обратной связи</w:t>
      </w:r>
    </w:p>
    <w:p w14:paraId="4104F2CC" w14:textId="77777777" w:rsidR="002A6EED" w:rsidRPr="0056141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Цель обработки:</w:t>
      </w:r>
      <w:r w:rsidRPr="0056141D">
        <w:rPr>
          <w:rFonts w:cs="Times New Roman"/>
          <w:szCs w:val="24"/>
          <w:lang w:val="ru-RU"/>
        </w:rPr>
        <w:t xml:space="preserve"> прием, регистрация и рассмотрение обращения пользователя, обратная связь, предоставление информации об инвестиционных возможностях, мерах поддержки и услугах Фонда, подготовка к заключению и исполнению договора (соглашения) по инициативе пользователя.</w:t>
      </w:r>
    </w:p>
    <w:p w14:paraId="19C1E7FC" w14:textId="77777777" w:rsidR="002A6EE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Категории субъектов:</w:t>
      </w:r>
      <w:r w:rsidRPr="0056141D">
        <w:rPr>
          <w:rFonts w:cs="Times New Roman"/>
          <w:szCs w:val="24"/>
          <w:lang w:val="ru-RU"/>
        </w:rPr>
        <w:t xml:space="preserve"> пользователи сайта, потенциальные клиенты, клиенты Фонда, представители субъектов предпринимательства, физические лица, заинтересованные в осуществлении предпринимательской деятельности.</w:t>
      </w:r>
    </w:p>
    <w:p w14:paraId="060DFD49" w14:textId="212472BC" w:rsidR="002A6EED" w:rsidRPr="0056141D" w:rsidRDefault="002A6EED" w:rsidP="00B57BCC">
      <w:pPr>
        <w:spacing w:after="0" w:line="240" w:lineRule="auto"/>
        <w:ind w:firstLine="567"/>
        <w:jc w:val="both"/>
        <w:rPr>
          <w:rFonts w:cs="Times New Roman"/>
          <w:szCs w:val="24"/>
          <w:lang w:val="ru-RU"/>
        </w:rPr>
      </w:pPr>
      <w:r w:rsidRPr="0056141D">
        <w:rPr>
          <w:rFonts w:cs="Times New Roman"/>
          <w:b/>
          <w:bCs/>
          <w:szCs w:val="24"/>
          <w:lang w:val="ru-RU"/>
        </w:rPr>
        <w:t>Персональные данные:</w:t>
      </w:r>
      <w:r w:rsidRPr="0056141D">
        <w:rPr>
          <w:rFonts w:cs="Times New Roman"/>
          <w:szCs w:val="24"/>
          <w:lang w:val="ru-RU"/>
        </w:rPr>
        <w:t xml:space="preserve"> фамилия, имя, отчество, ИНН, номер телефона, адрес электронной почты, текст обращения.</w:t>
      </w:r>
    </w:p>
    <w:p w14:paraId="18427DF4" w14:textId="77777777" w:rsidR="002A6EED" w:rsidRPr="0056141D" w:rsidRDefault="002A6EED" w:rsidP="002A6EED">
      <w:pPr>
        <w:spacing w:after="0" w:line="240" w:lineRule="auto"/>
        <w:ind w:firstLine="567"/>
        <w:jc w:val="both"/>
        <w:rPr>
          <w:rFonts w:cs="Times New Roman"/>
          <w:szCs w:val="24"/>
          <w:lang w:val="ru-RU"/>
        </w:rPr>
      </w:pPr>
      <w:r w:rsidRPr="0056141D">
        <w:rPr>
          <w:rFonts w:cs="Times New Roman"/>
          <w:b/>
          <w:bCs/>
          <w:szCs w:val="24"/>
          <w:lang w:val="ru-RU"/>
        </w:rPr>
        <w:lastRenderedPageBreak/>
        <w:t>Способ обработки:</w:t>
      </w:r>
      <w:r w:rsidRPr="0056141D">
        <w:rPr>
          <w:rFonts w:cs="Times New Roman"/>
          <w:szCs w:val="24"/>
          <w:lang w:val="ru-RU"/>
        </w:rPr>
        <w:t xml:space="preserve"> автоматизированная обработка через форму сайта с последующей передачей обращения в </w:t>
      </w:r>
      <w:r w:rsidRPr="0056141D">
        <w:rPr>
          <w:rFonts w:cs="Times New Roman"/>
          <w:szCs w:val="24"/>
        </w:rPr>
        <w:t>Bitrix</w:t>
      </w:r>
      <w:r w:rsidRPr="0056141D">
        <w:rPr>
          <w:rFonts w:cs="Times New Roman"/>
          <w:szCs w:val="24"/>
          <w:lang w:val="ru-RU"/>
        </w:rPr>
        <w:t>24.</w:t>
      </w:r>
    </w:p>
    <w:p w14:paraId="1213E602" w14:textId="3F6F05B5" w:rsidR="002A6EED" w:rsidRPr="0056141D" w:rsidRDefault="002A6EED" w:rsidP="002A6EED">
      <w:pPr>
        <w:spacing w:after="0" w:line="240" w:lineRule="auto"/>
        <w:ind w:firstLine="567"/>
        <w:jc w:val="both"/>
        <w:rPr>
          <w:rFonts w:cs="Times New Roman"/>
          <w:szCs w:val="24"/>
          <w:lang w:val="ru-RU"/>
        </w:rPr>
      </w:pPr>
      <w:r w:rsidRPr="0056141D">
        <w:rPr>
          <w:rFonts w:cs="Times New Roman"/>
          <w:b/>
          <w:bCs/>
          <w:szCs w:val="24"/>
          <w:lang w:val="ru-RU"/>
        </w:rPr>
        <w:t>Основание обработки:</w:t>
      </w:r>
      <w:r w:rsidRPr="0056141D">
        <w:rPr>
          <w:rFonts w:cs="Times New Roman"/>
          <w:szCs w:val="24"/>
          <w:lang w:val="ru-RU"/>
        </w:rPr>
        <w:t xml:space="preserve"> согласие пользователя; если обращение связано с заключением договора</w:t>
      </w:r>
      <w:r w:rsidR="006A7658" w:rsidRPr="005045E0">
        <w:rPr>
          <w:b/>
          <w:bCs/>
          <w:lang w:val="ru-RU"/>
        </w:rPr>
        <w:t xml:space="preserve"> </w:t>
      </w:r>
      <w:r w:rsidR="006A7658" w:rsidRPr="005045E0">
        <w:rPr>
          <w:rFonts w:cs="Times New Roman"/>
          <w:szCs w:val="24"/>
          <w:lang w:val="ru-RU"/>
        </w:rPr>
        <w:t>(соглашения) по инициативе пользователя, в том числе в целях получения услуги или меры поддержки, — также п. 5 ч. 1 ст. 6 Федерального закона «О персональных данных»; если обработка необходима для осуществления функций, полномочий и обязанностей Оператора — также п. 2 ч. 1 ст. 6 Федерального закона «О персональных данных».</w:t>
      </w:r>
      <w:r w:rsidRPr="0056141D">
        <w:rPr>
          <w:rFonts w:cs="Times New Roman"/>
          <w:szCs w:val="24"/>
          <w:lang w:val="ru-RU"/>
        </w:rPr>
        <w:t xml:space="preserve"> </w:t>
      </w:r>
    </w:p>
    <w:p w14:paraId="05378E60" w14:textId="56ADBD09" w:rsidR="00190675" w:rsidRPr="0056141D" w:rsidRDefault="00190675" w:rsidP="002A6EED">
      <w:pPr>
        <w:spacing w:after="0" w:line="240" w:lineRule="auto"/>
        <w:ind w:firstLine="567"/>
        <w:jc w:val="both"/>
        <w:rPr>
          <w:rFonts w:cs="Times New Roman"/>
          <w:szCs w:val="24"/>
          <w:lang w:val="ru-RU"/>
        </w:rPr>
      </w:pPr>
      <w:r w:rsidRPr="0056141D">
        <w:rPr>
          <w:rFonts w:cs="Times New Roman"/>
          <w:b/>
          <w:bCs/>
          <w:szCs w:val="24"/>
          <w:lang w:val="ru-RU"/>
        </w:rPr>
        <w:t>Срок обработки:</w:t>
      </w:r>
      <w:r w:rsidRPr="0056141D">
        <w:rPr>
          <w:rFonts w:cs="Times New Roman"/>
          <w:szCs w:val="24"/>
          <w:lang w:val="ru-RU"/>
        </w:rPr>
        <w:t xml:space="preserve"> до достижения цели обработки либо до отзыва согласия, если иное не предусмотрено законодательством Российской Федерации. </w:t>
      </w:r>
      <w:r w:rsidR="003D34F3" w:rsidRPr="0056141D">
        <w:rPr>
          <w:rFonts w:cs="Times New Roman"/>
          <w:szCs w:val="24"/>
          <w:lang w:val="ru-RU"/>
        </w:rPr>
        <w:t>Если по результатам рассмотрения обращения между Пользователем и Оператором заключается договор либо Пользователю предоставляется услуга (мера поддержки), дальнейшая обработка персональных данных осуществляется в объеме и в сроки, необходимые для заключения и исполнения такого договора либо предоставления услуги (меры поддержки).</w:t>
      </w:r>
    </w:p>
    <w:p w14:paraId="44E40A26" w14:textId="685B30CD" w:rsidR="002A6EED" w:rsidRPr="0056141D" w:rsidRDefault="00190675" w:rsidP="002A6EED">
      <w:pPr>
        <w:spacing w:after="0" w:line="240" w:lineRule="auto"/>
        <w:ind w:firstLine="567"/>
        <w:jc w:val="both"/>
        <w:rPr>
          <w:rFonts w:cs="Times New Roman"/>
          <w:szCs w:val="24"/>
          <w:lang w:val="ru-RU"/>
        </w:rPr>
      </w:pPr>
      <w:r w:rsidRPr="0056141D">
        <w:rPr>
          <w:rFonts w:cs="Times New Roman"/>
          <w:b/>
          <w:bCs/>
          <w:szCs w:val="24"/>
          <w:lang w:val="ru-RU"/>
        </w:rPr>
        <w:t>Срок хранения:</w:t>
      </w:r>
      <w:r w:rsidRPr="0056141D">
        <w:rPr>
          <w:rFonts w:cs="Times New Roman"/>
          <w:szCs w:val="24"/>
          <w:lang w:val="ru-RU"/>
        </w:rPr>
        <w:t xml:space="preserve"> </w:t>
      </w:r>
      <w:r w:rsidR="004B5111">
        <w:rPr>
          <w:rFonts w:cs="Times New Roman"/>
          <w:szCs w:val="24"/>
          <w:lang w:val="ru-RU"/>
        </w:rPr>
        <w:t>п</w:t>
      </w:r>
      <w:r w:rsidR="004B5111" w:rsidRPr="005045E0">
        <w:rPr>
          <w:rFonts w:cs="Times New Roman"/>
          <w:szCs w:val="24"/>
          <w:lang w:val="ru-RU"/>
        </w:rPr>
        <w:t>ерсональные данные хранятся не дольше, чем этого требуют цели их обработки. После достижения цели обработки либо при отзыве согласия, если отсутствует иное законное основание для дальнейшей обработки, Оператор прекращает обработку персональных данных и обеспечивает их уничтожение в срок, не превышающий 30 дней с даты достижения цели обработки либо получения отзыва согласия соответственно, в порядке, установленном разделом 9 настоящей Политики.</w:t>
      </w:r>
      <w:r w:rsidR="004B5111">
        <w:rPr>
          <w:rFonts w:cs="Times New Roman"/>
          <w:szCs w:val="24"/>
          <w:lang w:val="ru-RU"/>
        </w:rPr>
        <w:t xml:space="preserve"> </w:t>
      </w:r>
    </w:p>
    <w:p w14:paraId="50029DAE" w14:textId="20366361" w:rsidR="002A6EED" w:rsidRDefault="002A6EED" w:rsidP="002A6EED">
      <w:pPr>
        <w:spacing w:after="0" w:line="240" w:lineRule="auto"/>
        <w:ind w:firstLine="567"/>
        <w:jc w:val="both"/>
        <w:rPr>
          <w:rFonts w:cs="Times New Roman"/>
          <w:szCs w:val="24"/>
          <w:lang w:val="ru-RU"/>
        </w:rPr>
      </w:pPr>
      <w:r w:rsidRPr="0056141D">
        <w:rPr>
          <w:rFonts w:cs="Times New Roman"/>
          <w:b/>
          <w:bCs/>
          <w:szCs w:val="24"/>
          <w:lang w:val="ru-RU"/>
        </w:rPr>
        <w:t>Третьи лица / сервисы:</w:t>
      </w:r>
      <w:r w:rsidRPr="0056141D">
        <w:rPr>
          <w:rFonts w:cs="Times New Roman"/>
          <w:szCs w:val="24"/>
          <w:lang w:val="ru-RU"/>
        </w:rPr>
        <w:t xml:space="preserve"> ООО «1С-Битрикс» (</w:t>
      </w:r>
      <w:r w:rsidRPr="0056141D">
        <w:rPr>
          <w:rFonts w:cs="Times New Roman"/>
          <w:szCs w:val="24"/>
        </w:rPr>
        <w:t>Bitrix</w:t>
      </w:r>
      <w:r w:rsidRPr="0056141D">
        <w:rPr>
          <w:rFonts w:cs="Times New Roman"/>
          <w:szCs w:val="24"/>
          <w:lang w:val="ru-RU"/>
        </w:rPr>
        <w:t>24).</w:t>
      </w:r>
    </w:p>
    <w:p w14:paraId="79C53CEF" w14:textId="47DAD5DD" w:rsidR="002A6EED" w:rsidRDefault="002A6EED" w:rsidP="00C007DA">
      <w:pPr>
        <w:spacing w:after="0" w:line="240" w:lineRule="auto"/>
        <w:ind w:firstLine="567"/>
        <w:jc w:val="both"/>
        <w:rPr>
          <w:rFonts w:cs="Times New Roman"/>
          <w:bCs/>
          <w:szCs w:val="24"/>
          <w:lang w:val="ru-RU"/>
        </w:rPr>
      </w:pPr>
      <w:r w:rsidRPr="00261D09">
        <w:rPr>
          <w:rFonts w:cs="Times New Roman"/>
          <w:bCs/>
          <w:szCs w:val="24"/>
          <w:lang w:val="ru-RU"/>
        </w:rPr>
        <w:t>3.2.2.</w:t>
      </w:r>
      <w:r w:rsidR="00C007DA">
        <w:rPr>
          <w:rFonts w:cs="Times New Roman"/>
          <w:bCs/>
          <w:szCs w:val="24"/>
          <w:lang w:val="ru-RU"/>
        </w:rPr>
        <w:t xml:space="preserve"> </w:t>
      </w:r>
      <w:r w:rsidR="00C007DA" w:rsidRPr="00C007DA">
        <w:rPr>
          <w:rFonts w:cs="Times New Roman"/>
          <w:bCs/>
          <w:szCs w:val="24"/>
        </w:rPr>
        <w:t>Cookie</w:t>
      </w:r>
      <w:r w:rsidR="00C007DA" w:rsidRPr="005045E0">
        <w:rPr>
          <w:rFonts w:cs="Times New Roman"/>
          <w:bCs/>
          <w:szCs w:val="24"/>
          <w:lang w:val="ru-RU"/>
        </w:rPr>
        <w:t xml:space="preserve"> и веб-аналитика</w:t>
      </w:r>
    </w:p>
    <w:p w14:paraId="19ABBE1F" w14:textId="77777777" w:rsidR="00C007DA" w:rsidRDefault="00C007DA" w:rsidP="00C007DA">
      <w:pPr>
        <w:spacing w:after="0" w:line="240" w:lineRule="auto"/>
        <w:ind w:firstLine="567"/>
        <w:jc w:val="both"/>
        <w:rPr>
          <w:rFonts w:cs="Times New Roman"/>
          <w:szCs w:val="24"/>
          <w:lang w:val="ru-RU"/>
        </w:rPr>
      </w:pPr>
      <w:r w:rsidRPr="0056141D">
        <w:rPr>
          <w:rFonts w:cs="Times New Roman"/>
          <w:b/>
          <w:bCs/>
          <w:szCs w:val="24"/>
          <w:lang w:val="ru-RU"/>
        </w:rPr>
        <w:t>Цель обработки:</w:t>
      </w:r>
      <w:r w:rsidRPr="0056141D">
        <w:rPr>
          <w:rFonts w:cs="Times New Roman"/>
          <w:szCs w:val="24"/>
          <w:lang w:val="ru-RU"/>
        </w:rPr>
        <w:t xml:space="preserve"> обеспечение корректной работы сайта, анализ посещаемости, оценка поведения пользователей, улучшение структуры, содержания и функциональности сайта.</w:t>
      </w:r>
    </w:p>
    <w:p w14:paraId="6FB27197" w14:textId="77777777" w:rsidR="00C007DA" w:rsidRDefault="00C007DA" w:rsidP="00C007DA">
      <w:pPr>
        <w:spacing w:after="0" w:line="240" w:lineRule="auto"/>
        <w:ind w:firstLine="567"/>
        <w:jc w:val="both"/>
        <w:rPr>
          <w:rFonts w:cs="Times New Roman"/>
          <w:szCs w:val="24"/>
          <w:lang w:val="ru-RU"/>
        </w:rPr>
      </w:pPr>
      <w:r w:rsidRPr="005045E0">
        <w:rPr>
          <w:rFonts w:cs="Times New Roman"/>
          <w:b/>
          <w:bCs/>
          <w:szCs w:val="24"/>
          <w:lang w:val="ru-RU"/>
        </w:rPr>
        <w:t>Категории субъектов:</w:t>
      </w:r>
      <w:r w:rsidRPr="005045E0">
        <w:rPr>
          <w:rFonts w:cs="Times New Roman"/>
          <w:szCs w:val="24"/>
          <w:lang w:val="ru-RU"/>
        </w:rPr>
        <w:t xml:space="preserve"> пользователи сайта.</w:t>
      </w:r>
    </w:p>
    <w:p w14:paraId="142E79F9" w14:textId="77777777" w:rsidR="00C007DA" w:rsidRDefault="00C007DA" w:rsidP="00C007DA">
      <w:pPr>
        <w:spacing w:after="0" w:line="240" w:lineRule="auto"/>
        <w:ind w:firstLine="567"/>
        <w:jc w:val="both"/>
        <w:rPr>
          <w:rFonts w:cs="Times New Roman"/>
          <w:szCs w:val="24"/>
          <w:lang w:val="ru-RU"/>
        </w:rPr>
      </w:pPr>
      <w:r w:rsidRPr="0056141D">
        <w:rPr>
          <w:rFonts w:cs="Times New Roman"/>
          <w:b/>
          <w:bCs/>
          <w:szCs w:val="24"/>
          <w:lang w:val="ru-RU"/>
        </w:rPr>
        <w:t>Персональные данные:</w:t>
      </w:r>
      <w:r w:rsidRPr="0056141D">
        <w:rPr>
          <w:rFonts w:cs="Times New Roman"/>
          <w:szCs w:val="24"/>
          <w:lang w:val="ru-RU"/>
        </w:rPr>
        <w:t xml:space="preserve"> </w:t>
      </w:r>
      <w:r w:rsidRPr="00C007DA">
        <w:rPr>
          <w:rFonts w:cs="Times New Roman"/>
          <w:szCs w:val="24"/>
        </w:rPr>
        <w:t>cookie</w:t>
      </w:r>
      <w:r w:rsidRPr="0056141D">
        <w:rPr>
          <w:rFonts w:cs="Times New Roman"/>
          <w:szCs w:val="24"/>
          <w:lang w:val="ru-RU"/>
        </w:rPr>
        <w:t xml:space="preserve">-идентификаторы, </w:t>
      </w:r>
      <w:r w:rsidRPr="00C007DA">
        <w:rPr>
          <w:rFonts w:cs="Times New Roman"/>
          <w:szCs w:val="24"/>
        </w:rPr>
        <w:t>IP</w:t>
      </w:r>
      <w:r w:rsidRPr="0056141D">
        <w:rPr>
          <w:rFonts w:cs="Times New Roman"/>
          <w:szCs w:val="24"/>
          <w:lang w:val="ru-RU"/>
        </w:rPr>
        <w:t>-адрес, сведения об устройстве и браузере, дата и время посещения, адрес страницы, сведения о действиях пользователя на сайте.</w:t>
      </w:r>
    </w:p>
    <w:p w14:paraId="1AA511F0" w14:textId="0FCF0639" w:rsidR="00C007DA" w:rsidRDefault="00C007DA" w:rsidP="00C007DA">
      <w:pPr>
        <w:spacing w:after="0" w:line="240" w:lineRule="auto"/>
        <w:ind w:firstLine="567"/>
        <w:jc w:val="both"/>
        <w:rPr>
          <w:rFonts w:cs="Times New Roman"/>
          <w:szCs w:val="24"/>
          <w:lang w:val="ru-RU"/>
        </w:rPr>
      </w:pPr>
      <w:r w:rsidRPr="0056141D">
        <w:rPr>
          <w:rFonts w:cs="Times New Roman"/>
          <w:b/>
          <w:bCs/>
          <w:szCs w:val="24"/>
          <w:lang w:val="ru-RU"/>
        </w:rPr>
        <w:t>Способ обработки:</w:t>
      </w:r>
      <w:r w:rsidRPr="0056141D">
        <w:rPr>
          <w:rFonts w:cs="Times New Roman"/>
          <w:szCs w:val="24"/>
          <w:lang w:val="ru-RU"/>
        </w:rPr>
        <w:t xml:space="preserve"> автоматизированная обработка с использованием файлов </w:t>
      </w:r>
      <w:r w:rsidRPr="00C007DA">
        <w:rPr>
          <w:rFonts w:cs="Times New Roman"/>
          <w:szCs w:val="24"/>
        </w:rPr>
        <w:t>cookie</w:t>
      </w:r>
      <w:r w:rsidRPr="0056141D">
        <w:rPr>
          <w:rFonts w:cs="Times New Roman"/>
          <w:szCs w:val="24"/>
          <w:lang w:val="ru-RU"/>
        </w:rPr>
        <w:t xml:space="preserve"> и сервиса веб-аналитики.</w:t>
      </w:r>
    </w:p>
    <w:p w14:paraId="5589E940" w14:textId="062027D7" w:rsidR="00C007DA" w:rsidRDefault="00C007DA" w:rsidP="00C007DA">
      <w:pPr>
        <w:spacing w:after="0" w:line="240" w:lineRule="auto"/>
        <w:ind w:firstLine="567"/>
        <w:jc w:val="both"/>
        <w:rPr>
          <w:rFonts w:cs="Times New Roman"/>
          <w:b/>
          <w:bCs/>
          <w:szCs w:val="24"/>
          <w:lang w:val="ru-RU"/>
        </w:rPr>
      </w:pPr>
      <w:r w:rsidRPr="005045E0">
        <w:rPr>
          <w:rFonts w:cs="Times New Roman"/>
          <w:b/>
          <w:bCs/>
          <w:szCs w:val="24"/>
          <w:lang w:val="ru-RU"/>
        </w:rPr>
        <w:t>Основание обработки:</w:t>
      </w:r>
    </w:p>
    <w:p w14:paraId="14721738" w14:textId="2D4EF8D4" w:rsidR="00C007DA" w:rsidRPr="00C007DA" w:rsidRDefault="00C007DA" w:rsidP="00C007DA">
      <w:pPr>
        <w:spacing w:after="0" w:line="240" w:lineRule="auto"/>
        <w:ind w:firstLine="567"/>
        <w:jc w:val="both"/>
        <w:rPr>
          <w:rFonts w:cs="Times New Roman"/>
          <w:szCs w:val="24"/>
          <w:lang w:val="ru-RU"/>
        </w:rPr>
      </w:pPr>
      <w:r w:rsidRPr="00C007DA">
        <w:rPr>
          <w:rFonts w:cs="Times New Roman"/>
          <w:szCs w:val="24"/>
          <w:lang w:val="ru-RU"/>
        </w:rPr>
        <w:t xml:space="preserve">- </w:t>
      </w:r>
      <w:r w:rsidRPr="0056141D">
        <w:rPr>
          <w:rFonts w:cs="Times New Roman"/>
          <w:szCs w:val="24"/>
          <w:lang w:val="ru-RU"/>
        </w:rPr>
        <w:t xml:space="preserve">для строго необходимых cookie — </w:t>
      </w:r>
      <w:r w:rsidR="00E201EC" w:rsidRPr="0056141D">
        <w:rPr>
          <w:rFonts w:cs="Times New Roman"/>
          <w:szCs w:val="24"/>
          <w:lang w:val="ru-RU"/>
        </w:rPr>
        <w:t>законный интерес Оператора по обеспечению работоспособности и безопасности сайта;</w:t>
      </w:r>
      <w:r w:rsidRPr="00C007DA">
        <w:rPr>
          <w:rFonts w:cs="Times New Roman"/>
          <w:szCs w:val="24"/>
          <w:lang w:val="ru-RU"/>
        </w:rPr>
        <w:t xml:space="preserve"> </w:t>
      </w:r>
    </w:p>
    <w:p w14:paraId="3BF84575" w14:textId="046542C8" w:rsidR="00C007DA" w:rsidRPr="00081A34" w:rsidRDefault="00C007DA" w:rsidP="00C007DA">
      <w:pPr>
        <w:spacing w:after="0" w:line="240" w:lineRule="auto"/>
        <w:ind w:firstLine="567"/>
        <w:jc w:val="both"/>
        <w:rPr>
          <w:rFonts w:cs="Times New Roman"/>
          <w:szCs w:val="24"/>
          <w:lang w:val="ru-RU"/>
        </w:rPr>
      </w:pPr>
      <w:r w:rsidRPr="00C007DA">
        <w:rPr>
          <w:rFonts w:cs="Times New Roman"/>
          <w:szCs w:val="24"/>
          <w:lang w:val="ru-RU"/>
        </w:rPr>
        <w:t xml:space="preserve">- </w:t>
      </w:r>
      <w:r w:rsidRPr="0056141D">
        <w:rPr>
          <w:rFonts w:cs="Times New Roman"/>
          <w:szCs w:val="24"/>
          <w:lang w:val="ru-RU"/>
        </w:rPr>
        <w:t>для аналитических cookie и Яндекс.Метрики — отдельное согласие пользователя через cookie-баннер.</w:t>
      </w:r>
      <w:r w:rsidR="00081A34">
        <w:rPr>
          <w:rFonts w:cs="Times New Roman"/>
          <w:szCs w:val="24"/>
          <w:lang w:val="ru-RU"/>
        </w:rPr>
        <w:t xml:space="preserve"> </w:t>
      </w:r>
    </w:p>
    <w:p w14:paraId="253B1A04" w14:textId="77777777" w:rsidR="00C007DA" w:rsidRDefault="00C007DA" w:rsidP="00C007DA">
      <w:pPr>
        <w:spacing w:after="0" w:line="240" w:lineRule="auto"/>
        <w:ind w:firstLine="567"/>
        <w:jc w:val="both"/>
        <w:rPr>
          <w:rFonts w:cs="Times New Roman"/>
          <w:szCs w:val="24"/>
          <w:lang w:val="ru-RU"/>
        </w:rPr>
      </w:pPr>
      <w:r w:rsidRPr="0056141D">
        <w:rPr>
          <w:rFonts w:cs="Times New Roman"/>
          <w:b/>
          <w:bCs/>
          <w:szCs w:val="24"/>
          <w:lang w:val="ru-RU"/>
        </w:rPr>
        <w:t>Срок обработки:</w:t>
      </w:r>
      <w:r w:rsidRPr="0056141D">
        <w:rPr>
          <w:rFonts w:cs="Times New Roman"/>
          <w:szCs w:val="24"/>
          <w:lang w:val="ru-RU"/>
        </w:rPr>
        <w:t xml:space="preserve"> до достижения цели обработки, отзыва согласия либо истечения срока действия соответствующего </w:t>
      </w:r>
      <w:r w:rsidRPr="00C007DA">
        <w:rPr>
          <w:rFonts w:cs="Times New Roman"/>
          <w:szCs w:val="24"/>
        </w:rPr>
        <w:t>cookie</w:t>
      </w:r>
      <w:r w:rsidRPr="0056141D">
        <w:rPr>
          <w:rFonts w:cs="Times New Roman"/>
          <w:szCs w:val="24"/>
          <w:lang w:val="ru-RU"/>
        </w:rPr>
        <w:t xml:space="preserve"> — в зависимости от того, что наступит ранее.</w:t>
      </w:r>
    </w:p>
    <w:p w14:paraId="2D422434" w14:textId="1CE14E1D" w:rsidR="00C007DA" w:rsidRDefault="00C007DA" w:rsidP="00C007DA">
      <w:pPr>
        <w:spacing w:after="0" w:line="240" w:lineRule="auto"/>
        <w:ind w:firstLine="567"/>
        <w:jc w:val="both"/>
        <w:rPr>
          <w:rFonts w:cs="Times New Roman"/>
          <w:szCs w:val="24"/>
          <w:lang w:val="ru-RU"/>
        </w:rPr>
      </w:pPr>
      <w:r w:rsidRPr="0056141D">
        <w:rPr>
          <w:rFonts w:cs="Times New Roman"/>
          <w:b/>
          <w:bCs/>
          <w:szCs w:val="24"/>
          <w:lang w:val="ru-RU"/>
        </w:rPr>
        <w:t>Срок хранения:</w:t>
      </w:r>
      <w:r w:rsidRPr="0056141D">
        <w:rPr>
          <w:rFonts w:cs="Times New Roman"/>
          <w:szCs w:val="24"/>
          <w:lang w:val="ru-RU"/>
        </w:rPr>
        <w:t xml:space="preserve"> в пределах срока действия соответствующего </w:t>
      </w:r>
      <w:r w:rsidRPr="00C007DA">
        <w:rPr>
          <w:rFonts w:cs="Times New Roman"/>
          <w:szCs w:val="24"/>
        </w:rPr>
        <w:t>cookie</w:t>
      </w:r>
      <w:r w:rsidRPr="0056141D">
        <w:rPr>
          <w:rFonts w:cs="Times New Roman"/>
          <w:szCs w:val="24"/>
          <w:lang w:val="ru-RU"/>
        </w:rPr>
        <w:t xml:space="preserve"> и не дольше срока, необходимого для достижения цели обработки, если иное не предусмотрено законодательством Российской Федерации.</w:t>
      </w:r>
    </w:p>
    <w:p w14:paraId="4C28147C" w14:textId="5D86B6AA" w:rsidR="00261D09" w:rsidRDefault="00C007DA" w:rsidP="00C007DA">
      <w:pPr>
        <w:spacing w:after="0" w:line="240" w:lineRule="auto"/>
        <w:ind w:firstLine="567"/>
        <w:jc w:val="both"/>
        <w:rPr>
          <w:rFonts w:cs="Times New Roman"/>
          <w:szCs w:val="24"/>
          <w:lang w:val="ru-RU"/>
        </w:rPr>
      </w:pPr>
      <w:r w:rsidRPr="00C007DA">
        <w:rPr>
          <w:rFonts w:cs="Times New Roman"/>
          <w:szCs w:val="24"/>
          <w:lang w:val="ru-RU"/>
        </w:rPr>
        <w:t>Третьи лица / сервисы: ООО «Яндекс».</w:t>
      </w:r>
    </w:p>
    <w:p w14:paraId="463253D1" w14:textId="0ED0C82D" w:rsidR="000F23DA" w:rsidRPr="0056141D" w:rsidRDefault="000F23DA" w:rsidP="002A6EED">
      <w:pPr>
        <w:spacing w:after="0" w:line="240" w:lineRule="auto"/>
        <w:ind w:firstLine="567"/>
        <w:jc w:val="both"/>
        <w:rPr>
          <w:rFonts w:cs="Times New Roman"/>
          <w:b/>
          <w:bCs/>
          <w:szCs w:val="24"/>
          <w:lang w:val="ru-RU"/>
        </w:rPr>
      </w:pPr>
      <w:r w:rsidRPr="00261D09">
        <w:rPr>
          <w:rFonts w:cs="Times New Roman"/>
          <w:bCs/>
          <w:szCs w:val="24"/>
          <w:lang w:val="ru-RU"/>
        </w:rPr>
        <w:t xml:space="preserve">3.3. </w:t>
      </w:r>
      <w:r w:rsidRPr="0056141D">
        <w:rPr>
          <w:rFonts w:cs="Times New Roman"/>
          <w:bCs/>
          <w:szCs w:val="24"/>
          <w:lang w:val="ru-RU"/>
        </w:rPr>
        <w:t>Сайт</w:t>
      </w:r>
      <w:r w:rsidRPr="0056141D">
        <w:rPr>
          <w:rFonts w:cs="Times New Roman"/>
          <w:b/>
          <w:bCs/>
          <w:szCs w:val="24"/>
          <w:lang w:val="ru-RU"/>
        </w:rPr>
        <w:t xml:space="preserve"> </w:t>
      </w:r>
      <w:hyperlink r:id="rId18" w:tgtFrame="_new" w:history="1">
        <w:r w:rsidRPr="0056141D">
          <w:rPr>
            <w:rStyle w:val="aff9"/>
            <w:rFonts w:cs="Times New Roman"/>
            <w:b/>
            <w:bCs/>
            <w:szCs w:val="24"/>
          </w:rPr>
          <w:t>https</w:t>
        </w:r>
        <w:r w:rsidRPr="0056141D">
          <w:rPr>
            <w:rStyle w:val="aff9"/>
            <w:rFonts w:cs="Times New Roman"/>
            <w:b/>
            <w:bCs/>
            <w:szCs w:val="24"/>
            <w:lang w:val="ru-RU"/>
          </w:rPr>
          <w:t>://</w:t>
        </w:r>
        <w:r w:rsidRPr="0056141D">
          <w:rPr>
            <w:rStyle w:val="aff9"/>
            <w:rFonts w:cs="Times New Roman"/>
            <w:b/>
            <w:bCs/>
            <w:szCs w:val="24"/>
          </w:rPr>
          <w:t>chukotkaexport</w:t>
        </w:r>
        <w:r w:rsidRPr="0056141D">
          <w:rPr>
            <w:rStyle w:val="aff9"/>
            <w:rFonts w:cs="Times New Roman"/>
            <w:b/>
            <w:bCs/>
            <w:szCs w:val="24"/>
            <w:lang w:val="ru-RU"/>
          </w:rPr>
          <w:t>.</w:t>
        </w:r>
        <w:r w:rsidRPr="0056141D">
          <w:rPr>
            <w:rStyle w:val="aff9"/>
            <w:rFonts w:cs="Times New Roman"/>
            <w:b/>
            <w:bCs/>
            <w:szCs w:val="24"/>
          </w:rPr>
          <w:t>ru</w:t>
        </w:r>
      </w:hyperlink>
    </w:p>
    <w:p w14:paraId="339BCEED" w14:textId="721CB6E8" w:rsidR="002A6EED" w:rsidRDefault="000F23DA" w:rsidP="00B57BCC">
      <w:pPr>
        <w:spacing w:after="0" w:line="240" w:lineRule="auto"/>
        <w:ind w:firstLine="567"/>
        <w:jc w:val="both"/>
        <w:rPr>
          <w:rFonts w:cs="Times New Roman"/>
          <w:szCs w:val="24"/>
          <w:lang w:val="ru-RU"/>
        </w:rPr>
      </w:pPr>
      <w:r>
        <w:rPr>
          <w:rFonts w:cs="Times New Roman"/>
          <w:szCs w:val="24"/>
          <w:lang w:val="ru-RU"/>
        </w:rPr>
        <w:t xml:space="preserve">3.3.1. </w:t>
      </w:r>
      <w:r w:rsidRPr="0056141D">
        <w:rPr>
          <w:rFonts w:cs="Times New Roman"/>
          <w:szCs w:val="24"/>
          <w:lang w:val="ru-RU"/>
        </w:rPr>
        <w:t>Форма обратной связи на странице контактов</w:t>
      </w:r>
    </w:p>
    <w:p w14:paraId="6A37815B" w14:textId="77777777" w:rsidR="000F23DA" w:rsidRDefault="000F23DA" w:rsidP="00B57BCC">
      <w:pPr>
        <w:spacing w:after="0" w:line="240" w:lineRule="auto"/>
        <w:ind w:firstLine="567"/>
        <w:jc w:val="both"/>
        <w:rPr>
          <w:rFonts w:cs="Times New Roman"/>
          <w:szCs w:val="24"/>
          <w:lang w:val="ru-RU"/>
        </w:rPr>
      </w:pPr>
      <w:r w:rsidRPr="0056141D">
        <w:rPr>
          <w:rFonts w:cs="Times New Roman"/>
          <w:b/>
          <w:bCs/>
          <w:szCs w:val="24"/>
          <w:lang w:val="ru-RU"/>
        </w:rPr>
        <w:t>Цель обработки:</w:t>
      </w:r>
      <w:r w:rsidRPr="0056141D">
        <w:rPr>
          <w:rFonts w:cs="Times New Roman"/>
          <w:szCs w:val="24"/>
          <w:lang w:val="ru-RU"/>
        </w:rPr>
        <w:t xml:space="preserve"> прием и рассмотрение обращения пользователя, направление ответа, предоставление информации о мерах экспортной поддержки и деятельности Фонда.</w:t>
      </w:r>
    </w:p>
    <w:p w14:paraId="5C45D1AA" w14:textId="77777777" w:rsidR="000F23DA" w:rsidRDefault="000F23DA" w:rsidP="00B57BCC">
      <w:pPr>
        <w:spacing w:after="0" w:line="240" w:lineRule="auto"/>
        <w:ind w:firstLine="567"/>
        <w:jc w:val="both"/>
        <w:rPr>
          <w:rFonts w:cs="Times New Roman"/>
          <w:szCs w:val="24"/>
          <w:lang w:val="ru-RU"/>
        </w:rPr>
      </w:pPr>
      <w:r w:rsidRPr="0056141D">
        <w:rPr>
          <w:rFonts w:cs="Times New Roman"/>
          <w:b/>
          <w:bCs/>
          <w:szCs w:val="24"/>
          <w:lang w:val="ru-RU"/>
        </w:rPr>
        <w:t>Категории субъектов:</w:t>
      </w:r>
      <w:r w:rsidRPr="0056141D">
        <w:rPr>
          <w:rFonts w:cs="Times New Roman"/>
          <w:szCs w:val="24"/>
          <w:lang w:val="ru-RU"/>
        </w:rPr>
        <w:t xml:space="preserve"> пользователи сайта, потенциальные клиенты, клиенты Фонда, представители субъектов предпринимательства.</w:t>
      </w:r>
    </w:p>
    <w:p w14:paraId="09EFCBD9" w14:textId="77777777" w:rsidR="00261D09" w:rsidRDefault="000F23DA" w:rsidP="00261D09">
      <w:pPr>
        <w:spacing w:after="0" w:line="240" w:lineRule="auto"/>
        <w:ind w:firstLine="567"/>
        <w:jc w:val="both"/>
        <w:rPr>
          <w:rFonts w:cs="Times New Roman"/>
          <w:b/>
          <w:bCs/>
          <w:szCs w:val="24"/>
          <w:lang w:val="ru-RU"/>
        </w:rPr>
      </w:pPr>
      <w:r w:rsidRPr="0056141D">
        <w:rPr>
          <w:rFonts w:cs="Times New Roman"/>
          <w:b/>
          <w:bCs/>
          <w:szCs w:val="24"/>
          <w:lang w:val="ru-RU"/>
        </w:rPr>
        <w:t>Персональные данные:</w:t>
      </w:r>
      <w:r w:rsidRPr="0056141D">
        <w:rPr>
          <w:rFonts w:cs="Times New Roman"/>
          <w:szCs w:val="24"/>
          <w:lang w:val="ru-RU"/>
        </w:rPr>
        <w:t xml:space="preserve"> имя, адрес электронной почты, тема обращения, текст сообщения.</w:t>
      </w:r>
    </w:p>
    <w:p w14:paraId="3587E8D3" w14:textId="49FB4860" w:rsidR="000F23DA" w:rsidRPr="0056141D" w:rsidRDefault="000F23DA" w:rsidP="00261D09">
      <w:pPr>
        <w:spacing w:after="0" w:line="240" w:lineRule="auto"/>
        <w:ind w:firstLine="567"/>
        <w:jc w:val="both"/>
        <w:rPr>
          <w:rFonts w:cs="Times New Roman"/>
          <w:b/>
          <w:bCs/>
          <w:szCs w:val="24"/>
          <w:lang w:val="ru-RU"/>
        </w:rPr>
      </w:pPr>
      <w:r w:rsidRPr="0056141D">
        <w:rPr>
          <w:rFonts w:cs="Times New Roman"/>
          <w:b/>
          <w:bCs/>
          <w:szCs w:val="24"/>
          <w:lang w:val="ru-RU"/>
        </w:rPr>
        <w:t>Способ обработки:</w:t>
      </w:r>
      <w:r w:rsidRPr="0056141D">
        <w:rPr>
          <w:rFonts w:cs="Times New Roman"/>
          <w:szCs w:val="24"/>
          <w:lang w:val="ru-RU"/>
        </w:rPr>
        <w:t xml:space="preserve"> автоматизированная обработка через форму обратной связи сайта</w:t>
      </w:r>
      <w:r w:rsidR="00081A34">
        <w:rPr>
          <w:rFonts w:cs="Times New Roman"/>
          <w:szCs w:val="24"/>
          <w:lang w:val="ru-RU"/>
        </w:rPr>
        <w:t xml:space="preserve"> </w:t>
      </w:r>
      <w:r w:rsidR="00081A34" w:rsidRPr="005045E0">
        <w:rPr>
          <w:rFonts w:cs="Times New Roman"/>
          <w:szCs w:val="24"/>
          <w:lang w:val="ru-RU"/>
        </w:rPr>
        <w:t>с последующим направлением обращения на адрес электронной почты Оператора</w:t>
      </w:r>
      <w:r w:rsidRPr="0056141D">
        <w:rPr>
          <w:rFonts w:cs="Times New Roman"/>
          <w:szCs w:val="24"/>
          <w:lang w:val="ru-RU"/>
        </w:rPr>
        <w:t>.</w:t>
      </w:r>
    </w:p>
    <w:p w14:paraId="31ED0629" w14:textId="07226063" w:rsidR="000F23DA" w:rsidRDefault="000F23DA" w:rsidP="00190675">
      <w:pPr>
        <w:spacing w:after="0" w:line="240" w:lineRule="auto"/>
        <w:ind w:firstLine="567"/>
        <w:jc w:val="both"/>
        <w:rPr>
          <w:rFonts w:cs="Times New Roman"/>
          <w:szCs w:val="24"/>
          <w:lang w:val="ru-RU"/>
        </w:rPr>
      </w:pPr>
      <w:r w:rsidRPr="0056141D">
        <w:rPr>
          <w:rFonts w:cs="Times New Roman"/>
          <w:b/>
          <w:bCs/>
          <w:szCs w:val="24"/>
          <w:lang w:val="ru-RU"/>
        </w:rPr>
        <w:t>Основание обработки:</w:t>
      </w:r>
      <w:r w:rsidRPr="0056141D">
        <w:rPr>
          <w:rFonts w:cs="Times New Roman"/>
          <w:szCs w:val="24"/>
          <w:lang w:val="ru-RU"/>
        </w:rPr>
        <w:t xml:space="preserve"> </w:t>
      </w:r>
      <w:r w:rsidR="00081A34" w:rsidRPr="005045E0">
        <w:rPr>
          <w:rFonts w:cs="Times New Roman"/>
          <w:szCs w:val="24"/>
          <w:lang w:val="ru-RU"/>
        </w:rPr>
        <w:t xml:space="preserve">согласие Пользователя; если по результатам обращения Пользователь инициирует заключение договора (соглашения), </w:t>
      </w:r>
      <w:r w:rsidR="004B5111" w:rsidRPr="005045E0">
        <w:rPr>
          <w:rFonts w:cs="Times New Roman"/>
          <w:szCs w:val="24"/>
          <w:lang w:val="ru-RU"/>
        </w:rPr>
        <w:t>в том числе в целях получения услуги или меры поддержки</w:t>
      </w:r>
      <w:r w:rsidR="004B5111">
        <w:rPr>
          <w:rFonts w:cs="Times New Roman"/>
          <w:szCs w:val="24"/>
          <w:lang w:val="ru-RU"/>
        </w:rPr>
        <w:t>,</w:t>
      </w:r>
      <w:r w:rsidR="004B5111" w:rsidRPr="005045E0">
        <w:rPr>
          <w:lang w:val="ru-RU"/>
        </w:rPr>
        <w:t xml:space="preserve"> </w:t>
      </w:r>
      <w:r w:rsidR="004B5111" w:rsidRPr="005045E0">
        <w:rPr>
          <w:rFonts w:cs="Times New Roman"/>
          <w:szCs w:val="24"/>
          <w:lang w:val="ru-RU"/>
        </w:rPr>
        <w:t xml:space="preserve">дальнейшая обработка персональных данных осуществляется также на основании п. 5 ч. 1 ст. 6 Федерального закона от 27.07.2006 № 152-ФЗ «О персональных данных»; если обработка </w:t>
      </w:r>
      <w:r w:rsidR="004B5111" w:rsidRPr="005045E0">
        <w:rPr>
          <w:rFonts w:cs="Times New Roman"/>
          <w:szCs w:val="24"/>
          <w:lang w:val="ru-RU"/>
        </w:rPr>
        <w:lastRenderedPageBreak/>
        <w:t>необходима для осуществления возложенных законодательством Российской Федерации на Оператора функций, полномочий и обязанностей — на основании п. 2 ч. 1 ст. 6 указанного Федерального закона</w:t>
      </w:r>
      <w:r w:rsidR="00081A34" w:rsidRPr="005045E0">
        <w:rPr>
          <w:rFonts w:cs="Times New Roman"/>
          <w:szCs w:val="24"/>
          <w:lang w:val="ru-RU"/>
        </w:rPr>
        <w:t>.</w:t>
      </w:r>
      <w:r w:rsidR="00081A34">
        <w:rPr>
          <w:rFonts w:cs="Times New Roman"/>
          <w:szCs w:val="24"/>
          <w:lang w:val="ru-RU"/>
        </w:rPr>
        <w:t xml:space="preserve"> </w:t>
      </w:r>
    </w:p>
    <w:p w14:paraId="5B85B148" w14:textId="2809866D" w:rsidR="00190675" w:rsidRPr="0056141D" w:rsidRDefault="00190675" w:rsidP="00190675">
      <w:pPr>
        <w:spacing w:after="0" w:line="240" w:lineRule="auto"/>
        <w:ind w:firstLine="567"/>
        <w:jc w:val="both"/>
        <w:rPr>
          <w:rFonts w:cs="Times New Roman"/>
          <w:szCs w:val="24"/>
          <w:lang w:val="ru-RU"/>
        </w:rPr>
      </w:pPr>
      <w:r w:rsidRPr="0056141D">
        <w:rPr>
          <w:rFonts w:cs="Times New Roman"/>
          <w:b/>
          <w:bCs/>
          <w:szCs w:val="24"/>
          <w:lang w:val="ru-RU"/>
        </w:rPr>
        <w:t>Срок обработки:</w:t>
      </w:r>
      <w:r w:rsidRPr="0056141D">
        <w:rPr>
          <w:rFonts w:cs="Times New Roman"/>
          <w:szCs w:val="24"/>
          <w:lang w:val="ru-RU"/>
        </w:rPr>
        <w:t xml:space="preserve"> </w:t>
      </w:r>
      <w:r w:rsidR="00081A34" w:rsidRPr="005045E0">
        <w:rPr>
          <w:rFonts w:cs="Times New Roman"/>
          <w:szCs w:val="24"/>
          <w:lang w:val="ru-RU"/>
        </w:rPr>
        <w:t>с момента предоставления Пользователем персональных данных до завершения рассмотрения направленного обращения и направления ответа Пользователю либо до отзыва согласия, если отзыв поступил ранее. Если по результатам обращения возникает иное предусмотренное законодательством Российской Федерации основание для дальнейшей обработки персональных данных, такая обработка осуществляется в объеме и в течение срока, необходимых для соответствующей цели.</w:t>
      </w:r>
      <w:r w:rsidR="00081A34">
        <w:rPr>
          <w:rFonts w:cs="Times New Roman"/>
          <w:szCs w:val="24"/>
          <w:lang w:val="ru-RU"/>
        </w:rPr>
        <w:t xml:space="preserve"> </w:t>
      </w:r>
    </w:p>
    <w:p w14:paraId="7323A7DA" w14:textId="1076DD24" w:rsidR="00190675" w:rsidRPr="00F84FE2" w:rsidRDefault="00190675" w:rsidP="00F84FE2">
      <w:pPr>
        <w:spacing w:after="0" w:line="240" w:lineRule="auto"/>
        <w:ind w:firstLine="567"/>
        <w:jc w:val="both"/>
        <w:rPr>
          <w:rFonts w:cs="Times New Roman"/>
          <w:szCs w:val="24"/>
          <w:lang w:val="ru-RU"/>
        </w:rPr>
      </w:pPr>
      <w:r w:rsidRPr="0056141D">
        <w:rPr>
          <w:rFonts w:cs="Times New Roman"/>
          <w:b/>
          <w:bCs/>
          <w:szCs w:val="24"/>
          <w:lang w:val="ru-RU"/>
        </w:rPr>
        <w:t>Срок хранения:</w:t>
      </w:r>
      <w:r w:rsidRPr="0056141D">
        <w:rPr>
          <w:rFonts w:cs="Times New Roman"/>
          <w:szCs w:val="24"/>
          <w:lang w:val="ru-RU"/>
        </w:rPr>
        <w:t xml:space="preserve"> </w:t>
      </w:r>
      <w:r w:rsidR="00081A34" w:rsidRPr="005045E0">
        <w:rPr>
          <w:rFonts w:cs="Times New Roman"/>
          <w:szCs w:val="24"/>
          <w:lang w:val="ru-RU"/>
        </w:rPr>
        <w:t>персональные данные хранятся не дольше, чем этого требуют цели их обработки. После достижения цели обработки либо при отзыве согласия, если отсутствует иное законное основание для дальнейшей обработки, Оператор прекращает обработку персональных данных и обеспечивает их уничтожение в срок, не превышающий 30 дней с даты достижения цели обработки либо получения отзыва согласия соответственно, в порядке, установленном разделом 9 настоящей Политики.</w:t>
      </w:r>
      <w:r w:rsidR="00081A34">
        <w:rPr>
          <w:rFonts w:cs="Times New Roman"/>
          <w:szCs w:val="24"/>
          <w:lang w:val="ru-RU"/>
        </w:rPr>
        <w:t xml:space="preserve"> </w:t>
      </w:r>
    </w:p>
    <w:p w14:paraId="3C96B72A" w14:textId="46E85A4C" w:rsidR="000F23DA" w:rsidRDefault="000F23DA" w:rsidP="00B57BCC">
      <w:pPr>
        <w:spacing w:after="0" w:line="240" w:lineRule="auto"/>
        <w:ind w:firstLine="567"/>
        <w:jc w:val="both"/>
        <w:rPr>
          <w:rFonts w:cs="Times New Roman"/>
          <w:szCs w:val="24"/>
          <w:lang w:val="ru-RU"/>
        </w:rPr>
      </w:pPr>
      <w:r w:rsidRPr="0056141D">
        <w:rPr>
          <w:rFonts w:cs="Times New Roman"/>
          <w:b/>
          <w:bCs/>
          <w:szCs w:val="24"/>
          <w:lang w:val="ru-RU"/>
        </w:rPr>
        <w:t>Третьи лица / сервисы:</w:t>
      </w:r>
      <w:r w:rsidRPr="0056141D">
        <w:rPr>
          <w:rFonts w:cs="Times New Roman"/>
          <w:szCs w:val="24"/>
          <w:lang w:val="ru-RU"/>
        </w:rPr>
        <w:t xml:space="preserve"> отсутствуют</w:t>
      </w:r>
      <w:r>
        <w:rPr>
          <w:rFonts w:cs="Times New Roman"/>
          <w:szCs w:val="24"/>
          <w:lang w:val="ru-RU"/>
        </w:rPr>
        <w:t>.</w:t>
      </w:r>
    </w:p>
    <w:p w14:paraId="5BB720D5" w14:textId="5C26A67F" w:rsidR="000F23DA" w:rsidRDefault="000F23DA" w:rsidP="00B57BCC">
      <w:pPr>
        <w:spacing w:after="0" w:line="240" w:lineRule="auto"/>
        <w:ind w:firstLine="567"/>
        <w:jc w:val="both"/>
        <w:rPr>
          <w:rFonts w:cs="Times New Roman"/>
          <w:szCs w:val="24"/>
          <w:lang w:val="ru-RU"/>
        </w:rPr>
      </w:pPr>
      <w:r>
        <w:rPr>
          <w:rFonts w:cs="Times New Roman"/>
          <w:szCs w:val="24"/>
          <w:lang w:val="ru-RU"/>
        </w:rPr>
        <w:t xml:space="preserve">3.3.2. </w:t>
      </w:r>
      <w:r w:rsidRPr="000F23DA">
        <w:rPr>
          <w:rFonts w:cs="Times New Roman"/>
          <w:szCs w:val="24"/>
        </w:rPr>
        <w:t>Cookie</w:t>
      </w:r>
      <w:r w:rsidRPr="0056141D">
        <w:rPr>
          <w:rFonts w:cs="Times New Roman"/>
          <w:szCs w:val="24"/>
          <w:lang w:val="ru-RU"/>
        </w:rPr>
        <w:t xml:space="preserve"> и веб-аналитика</w:t>
      </w:r>
    </w:p>
    <w:p w14:paraId="1437B44E" w14:textId="275FE152" w:rsidR="000F23DA" w:rsidRPr="00E201EC" w:rsidRDefault="000F23DA" w:rsidP="00B57BCC">
      <w:pPr>
        <w:spacing w:after="0" w:line="240" w:lineRule="auto"/>
        <w:ind w:firstLine="567"/>
        <w:jc w:val="both"/>
        <w:rPr>
          <w:rFonts w:cs="Times New Roman"/>
          <w:szCs w:val="24"/>
          <w:lang w:val="ru-RU"/>
        </w:rPr>
      </w:pPr>
      <w:r w:rsidRPr="0056141D">
        <w:rPr>
          <w:rFonts w:cs="Times New Roman"/>
          <w:b/>
          <w:bCs/>
          <w:szCs w:val="24"/>
          <w:lang w:val="ru-RU"/>
        </w:rPr>
        <w:t>Цель обработки:</w:t>
      </w:r>
      <w:r w:rsidRPr="0056141D">
        <w:rPr>
          <w:rFonts w:cs="Times New Roman"/>
          <w:szCs w:val="24"/>
          <w:lang w:val="ru-RU"/>
        </w:rPr>
        <w:t xml:space="preserve"> </w:t>
      </w:r>
      <w:r w:rsidR="00E201EC" w:rsidRPr="0056141D">
        <w:rPr>
          <w:rFonts w:cs="Times New Roman"/>
          <w:szCs w:val="24"/>
          <w:lang w:val="ru-RU"/>
        </w:rPr>
        <w:t>обеспечение корректной работы сайта, анализ посещаемости, улучшение структуры и содержания сайта.</w:t>
      </w:r>
    </w:p>
    <w:p w14:paraId="1648C580" w14:textId="77777777" w:rsidR="000F23DA" w:rsidRDefault="000F23DA" w:rsidP="00B57BCC">
      <w:pPr>
        <w:spacing w:after="0" w:line="240" w:lineRule="auto"/>
        <w:ind w:firstLine="567"/>
        <w:jc w:val="both"/>
        <w:rPr>
          <w:rFonts w:cs="Times New Roman"/>
          <w:szCs w:val="24"/>
          <w:lang w:val="ru-RU"/>
        </w:rPr>
      </w:pPr>
      <w:r w:rsidRPr="0056141D">
        <w:rPr>
          <w:rFonts w:cs="Times New Roman"/>
          <w:b/>
          <w:bCs/>
          <w:szCs w:val="24"/>
          <w:lang w:val="ru-RU"/>
        </w:rPr>
        <w:t>Категории субъектов:</w:t>
      </w:r>
      <w:r w:rsidRPr="0056141D">
        <w:rPr>
          <w:rFonts w:cs="Times New Roman"/>
          <w:szCs w:val="24"/>
          <w:lang w:val="ru-RU"/>
        </w:rPr>
        <w:t xml:space="preserve"> пользователи сайта.</w:t>
      </w:r>
    </w:p>
    <w:p w14:paraId="22672A3E" w14:textId="77777777" w:rsidR="000F23DA" w:rsidRDefault="000F23DA" w:rsidP="00B57BCC">
      <w:pPr>
        <w:spacing w:after="0" w:line="240" w:lineRule="auto"/>
        <w:ind w:firstLine="567"/>
        <w:jc w:val="both"/>
        <w:rPr>
          <w:rFonts w:cs="Times New Roman"/>
          <w:szCs w:val="24"/>
          <w:lang w:val="ru-RU"/>
        </w:rPr>
      </w:pPr>
      <w:r w:rsidRPr="0056141D">
        <w:rPr>
          <w:rFonts w:cs="Times New Roman"/>
          <w:b/>
          <w:bCs/>
          <w:szCs w:val="24"/>
          <w:lang w:val="ru-RU"/>
        </w:rPr>
        <w:t>Персональные данные:</w:t>
      </w:r>
      <w:r w:rsidRPr="0056141D">
        <w:rPr>
          <w:rFonts w:cs="Times New Roman"/>
          <w:szCs w:val="24"/>
          <w:lang w:val="ru-RU"/>
        </w:rPr>
        <w:t xml:space="preserve"> </w:t>
      </w:r>
      <w:r w:rsidRPr="000F23DA">
        <w:rPr>
          <w:rFonts w:cs="Times New Roman"/>
          <w:szCs w:val="24"/>
        </w:rPr>
        <w:t>cookie</w:t>
      </w:r>
      <w:r w:rsidRPr="0056141D">
        <w:rPr>
          <w:rFonts w:cs="Times New Roman"/>
          <w:szCs w:val="24"/>
          <w:lang w:val="ru-RU"/>
        </w:rPr>
        <w:t xml:space="preserve">-идентификаторы, </w:t>
      </w:r>
      <w:r w:rsidRPr="000F23DA">
        <w:rPr>
          <w:rFonts w:cs="Times New Roman"/>
          <w:szCs w:val="24"/>
        </w:rPr>
        <w:t>IP</w:t>
      </w:r>
      <w:r w:rsidRPr="0056141D">
        <w:rPr>
          <w:rFonts w:cs="Times New Roman"/>
          <w:szCs w:val="24"/>
          <w:lang w:val="ru-RU"/>
        </w:rPr>
        <w:t>-адрес, сведения об устройстве и браузере, дата и время посещения, адрес страницы, сведения о действиях пользователя на сайте.</w:t>
      </w:r>
      <w:r w:rsidRPr="0056141D">
        <w:rPr>
          <w:rFonts w:cs="Times New Roman"/>
          <w:szCs w:val="24"/>
          <w:lang w:val="ru-RU"/>
        </w:rPr>
        <w:br/>
      </w:r>
      <w:r w:rsidRPr="0056141D">
        <w:rPr>
          <w:rFonts w:cs="Times New Roman"/>
          <w:b/>
          <w:bCs/>
          <w:szCs w:val="24"/>
          <w:lang w:val="ru-RU"/>
        </w:rPr>
        <w:t>Способ обработки:</w:t>
      </w:r>
      <w:r w:rsidRPr="0056141D">
        <w:rPr>
          <w:rFonts w:cs="Times New Roman"/>
          <w:szCs w:val="24"/>
          <w:lang w:val="ru-RU"/>
        </w:rPr>
        <w:t xml:space="preserve"> автоматизированная обработка с использованием </w:t>
      </w:r>
      <w:r w:rsidRPr="000F23DA">
        <w:rPr>
          <w:rFonts w:cs="Times New Roman"/>
          <w:szCs w:val="24"/>
        </w:rPr>
        <w:t>cookie</w:t>
      </w:r>
      <w:r w:rsidRPr="0056141D">
        <w:rPr>
          <w:rFonts w:cs="Times New Roman"/>
          <w:szCs w:val="24"/>
          <w:lang w:val="ru-RU"/>
        </w:rPr>
        <w:t xml:space="preserve"> и средств веб-аналитики.</w:t>
      </w:r>
    </w:p>
    <w:p w14:paraId="31966A50" w14:textId="77777777" w:rsidR="000F23DA" w:rsidRDefault="000F23DA" w:rsidP="00B57BCC">
      <w:pPr>
        <w:spacing w:after="0" w:line="240" w:lineRule="auto"/>
        <w:ind w:firstLine="567"/>
        <w:jc w:val="both"/>
        <w:rPr>
          <w:rFonts w:cs="Times New Roman"/>
          <w:b/>
          <w:bCs/>
          <w:szCs w:val="24"/>
          <w:lang w:val="ru-RU"/>
        </w:rPr>
      </w:pPr>
      <w:r w:rsidRPr="0056141D">
        <w:rPr>
          <w:rFonts w:cs="Times New Roman"/>
          <w:b/>
          <w:bCs/>
          <w:szCs w:val="24"/>
          <w:lang w:val="ru-RU"/>
        </w:rPr>
        <w:t>Основание обработки:</w:t>
      </w:r>
    </w:p>
    <w:p w14:paraId="619BA9EF" w14:textId="7BC3BA28" w:rsidR="000F23DA" w:rsidRDefault="000F23DA"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 xml:space="preserve">для строго необходимых </w:t>
      </w:r>
      <w:r w:rsidRPr="000F23DA">
        <w:rPr>
          <w:rFonts w:cs="Times New Roman"/>
          <w:szCs w:val="24"/>
        </w:rPr>
        <w:t>cookie</w:t>
      </w:r>
      <w:r w:rsidRPr="0056141D">
        <w:rPr>
          <w:rFonts w:cs="Times New Roman"/>
          <w:szCs w:val="24"/>
          <w:lang w:val="ru-RU"/>
        </w:rPr>
        <w:t xml:space="preserve"> — законный интерес Оператора</w:t>
      </w:r>
      <w:r w:rsidR="00E121B5">
        <w:rPr>
          <w:rFonts w:cs="Times New Roman"/>
          <w:szCs w:val="24"/>
          <w:lang w:val="ru-RU"/>
        </w:rPr>
        <w:t xml:space="preserve"> </w:t>
      </w:r>
      <w:r w:rsidR="00E121B5" w:rsidRPr="005045E0">
        <w:rPr>
          <w:rFonts w:cs="Times New Roman"/>
          <w:szCs w:val="24"/>
          <w:lang w:val="ru-RU"/>
        </w:rPr>
        <w:t>по обеспечению работоспособности и безопасности сайта при условии, что при этом не нарушаются права и свободы субъекта персональных данных</w:t>
      </w:r>
      <w:r w:rsidRPr="0056141D">
        <w:rPr>
          <w:rFonts w:cs="Times New Roman"/>
          <w:szCs w:val="24"/>
          <w:lang w:val="ru-RU"/>
        </w:rPr>
        <w:t>;</w:t>
      </w:r>
    </w:p>
    <w:p w14:paraId="26667FC7" w14:textId="713EC4AC" w:rsidR="000F23DA" w:rsidRPr="00E121B5" w:rsidRDefault="000F23DA"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 xml:space="preserve">для аналитических </w:t>
      </w:r>
      <w:r w:rsidRPr="000F23DA">
        <w:rPr>
          <w:rFonts w:cs="Times New Roman"/>
          <w:szCs w:val="24"/>
        </w:rPr>
        <w:t>cookie</w:t>
      </w:r>
      <w:r w:rsidRPr="0056141D">
        <w:rPr>
          <w:rFonts w:cs="Times New Roman"/>
          <w:szCs w:val="24"/>
          <w:lang w:val="ru-RU"/>
        </w:rPr>
        <w:t xml:space="preserve"> и Яндекс.Метрики — отдельное согласие пользователя через </w:t>
      </w:r>
      <w:r w:rsidRPr="000F23DA">
        <w:rPr>
          <w:rFonts w:cs="Times New Roman"/>
          <w:szCs w:val="24"/>
        </w:rPr>
        <w:t>cookie</w:t>
      </w:r>
      <w:r w:rsidRPr="0056141D">
        <w:rPr>
          <w:rFonts w:cs="Times New Roman"/>
          <w:szCs w:val="24"/>
          <w:lang w:val="ru-RU"/>
        </w:rPr>
        <w:t>-баннер.</w:t>
      </w:r>
      <w:r w:rsidR="00E121B5" w:rsidRPr="005045E0">
        <w:rPr>
          <w:lang w:val="ru-RU"/>
        </w:rPr>
        <w:t xml:space="preserve"> </w:t>
      </w:r>
      <w:r w:rsidR="00E121B5" w:rsidRPr="005045E0">
        <w:rPr>
          <w:rFonts w:cs="Times New Roman"/>
          <w:szCs w:val="24"/>
          <w:lang w:val="ru-RU"/>
        </w:rPr>
        <w:t xml:space="preserve">До получения согласия Пользователя аналитические </w:t>
      </w:r>
      <w:r w:rsidR="00E121B5" w:rsidRPr="00E121B5">
        <w:rPr>
          <w:rFonts w:cs="Times New Roman"/>
          <w:szCs w:val="24"/>
        </w:rPr>
        <w:t>cookie</w:t>
      </w:r>
      <w:r w:rsidR="00E121B5" w:rsidRPr="005045E0">
        <w:rPr>
          <w:rFonts w:cs="Times New Roman"/>
          <w:szCs w:val="24"/>
          <w:lang w:val="ru-RU"/>
        </w:rPr>
        <w:t xml:space="preserve"> и Яндекс.Метрика не активируются. Отказ Пользователя от использования аналитических </w:t>
      </w:r>
      <w:r w:rsidR="00E121B5" w:rsidRPr="00E121B5">
        <w:rPr>
          <w:rFonts w:cs="Times New Roman"/>
          <w:szCs w:val="24"/>
        </w:rPr>
        <w:t>cookie</w:t>
      </w:r>
      <w:r w:rsidR="00E121B5" w:rsidRPr="005045E0">
        <w:rPr>
          <w:rFonts w:cs="Times New Roman"/>
          <w:szCs w:val="24"/>
          <w:lang w:val="ru-RU"/>
        </w:rPr>
        <w:t xml:space="preserve"> не препятствует использованию основных функций Веб-сайта.</w:t>
      </w:r>
    </w:p>
    <w:p w14:paraId="6EC1E9AB" w14:textId="77777777" w:rsidR="00190675" w:rsidRPr="00F84FE2" w:rsidRDefault="00190675" w:rsidP="00B57BCC">
      <w:pPr>
        <w:spacing w:after="0" w:line="240" w:lineRule="auto"/>
        <w:ind w:firstLine="567"/>
        <w:jc w:val="both"/>
        <w:rPr>
          <w:rFonts w:cs="Times New Roman"/>
          <w:szCs w:val="24"/>
          <w:lang w:val="ru-RU"/>
        </w:rPr>
      </w:pPr>
      <w:r w:rsidRPr="0056141D">
        <w:rPr>
          <w:rFonts w:cs="Times New Roman"/>
          <w:b/>
          <w:bCs/>
          <w:szCs w:val="24"/>
          <w:lang w:val="ru-RU"/>
        </w:rPr>
        <w:t>Срок обработки:</w:t>
      </w:r>
      <w:r w:rsidRPr="0056141D">
        <w:rPr>
          <w:rFonts w:cs="Times New Roman"/>
          <w:szCs w:val="24"/>
          <w:lang w:val="ru-RU"/>
        </w:rPr>
        <w:t xml:space="preserve"> до достижения цели обработки, отзыва согласия либо истечения срока действия соответствующего </w:t>
      </w:r>
      <w:r w:rsidRPr="0056141D">
        <w:rPr>
          <w:rFonts w:cs="Times New Roman"/>
          <w:szCs w:val="24"/>
        </w:rPr>
        <w:t>cookie</w:t>
      </w:r>
      <w:r w:rsidRPr="0056141D">
        <w:rPr>
          <w:rFonts w:cs="Times New Roman"/>
          <w:szCs w:val="24"/>
          <w:lang w:val="ru-RU"/>
        </w:rPr>
        <w:t xml:space="preserve"> — в зависимости от того, что наступит ранее.</w:t>
      </w:r>
    </w:p>
    <w:p w14:paraId="32C8E0DA" w14:textId="4F46EB69" w:rsidR="000F23DA" w:rsidRPr="00F84FE2" w:rsidRDefault="00190675" w:rsidP="00B57BCC">
      <w:pPr>
        <w:spacing w:after="0" w:line="240" w:lineRule="auto"/>
        <w:ind w:firstLine="567"/>
        <w:jc w:val="both"/>
        <w:rPr>
          <w:rFonts w:cs="Times New Roman"/>
          <w:szCs w:val="24"/>
          <w:lang w:val="ru-RU"/>
        </w:rPr>
      </w:pPr>
      <w:r w:rsidRPr="0056141D">
        <w:rPr>
          <w:rFonts w:cs="Times New Roman"/>
          <w:b/>
          <w:bCs/>
          <w:szCs w:val="24"/>
          <w:lang w:val="ru-RU"/>
        </w:rPr>
        <w:t>Срок хранения:</w:t>
      </w:r>
      <w:r w:rsidRPr="0056141D">
        <w:rPr>
          <w:rFonts w:cs="Times New Roman"/>
          <w:szCs w:val="24"/>
          <w:lang w:val="ru-RU"/>
        </w:rPr>
        <w:t xml:space="preserve"> в пределах срока действия соответствующего </w:t>
      </w:r>
      <w:r w:rsidRPr="0056141D">
        <w:rPr>
          <w:rFonts w:cs="Times New Roman"/>
          <w:szCs w:val="24"/>
        </w:rPr>
        <w:t>cookie</w:t>
      </w:r>
      <w:r w:rsidRPr="0056141D">
        <w:rPr>
          <w:rFonts w:cs="Times New Roman"/>
          <w:szCs w:val="24"/>
          <w:lang w:val="ru-RU"/>
        </w:rPr>
        <w:t xml:space="preserve"> и не дольше срока, необходимого для достижения цели обработки, если иное не предусмотрено законодательством Российской Федерации.</w:t>
      </w:r>
    </w:p>
    <w:p w14:paraId="12BC7F0C" w14:textId="736CC166" w:rsidR="009B06F6" w:rsidRPr="0056141D" w:rsidRDefault="000F23DA" w:rsidP="0056141D">
      <w:pPr>
        <w:spacing w:after="0" w:line="240" w:lineRule="auto"/>
        <w:ind w:firstLine="567"/>
        <w:jc w:val="both"/>
        <w:rPr>
          <w:rFonts w:cs="Times New Roman"/>
          <w:szCs w:val="24"/>
          <w:lang w:val="ru-RU"/>
        </w:rPr>
      </w:pPr>
      <w:r w:rsidRPr="0056141D">
        <w:rPr>
          <w:rFonts w:cs="Times New Roman"/>
          <w:b/>
          <w:bCs/>
          <w:szCs w:val="24"/>
          <w:lang w:val="ru-RU"/>
        </w:rPr>
        <w:t>Третьи лица / сервисы:</w:t>
      </w:r>
      <w:r w:rsidRPr="0056141D">
        <w:rPr>
          <w:rFonts w:cs="Times New Roman"/>
          <w:szCs w:val="24"/>
          <w:lang w:val="ru-RU"/>
        </w:rPr>
        <w:t xml:space="preserve"> ООО «Яндекс»</w:t>
      </w:r>
      <w:r w:rsidR="00BB124B">
        <w:rPr>
          <w:rFonts w:cs="Times New Roman"/>
          <w:szCs w:val="24"/>
          <w:lang w:val="ru-RU"/>
        </w:rPr>
        <w:t>.</w:t>
      </w:r>
    </w:p>
    <w:p w14:paraId="4A224690" w14:textId="44E7FC07" w:rsidR="000F23DA" w:rsidRPr="009B06F6" w:rsidRDefault="000F23DA" w:rsidP="00B57BCC">
      <w:pPr>
        <w:spacing w:after="0" w:line="240" w:lineRule="auto"/>
        <w:ind w:firstLine="567"/>
        <w:jc w:val="both"/>
        <w:rPr>
          <w:rFonts w:cs="Times New Roman"/>
          <w:bCs/>
          <w:szCs w:val="24"/>
          <w:lang w:val="ru-RU"/>
        </w:rPr>
      </w:pPr>
      <w:r w:rsidRPr="009B06F6">
        <w:rPr>
          <w:rFonts w:cs="Times New Roman"/>
          <w:bCs/>
          <w:szCs w:val="24"/>
          <w:lang w:val="ru-RU"/>
        </w:rPr>
        <w:t xml:space="preserve">3.4. </w:t>
      </w:r>
      <w:r w:rsidRPr="0056141D">
        <w:rPr>
          <w:rFonts w:cs="Times New Roman"/>
          <w:bCs/>
          <w:szCs w:val="24"/>
          <w:lang w:val="ru-RU"/>
        </w:rPr>
        <w:t>Специальные категории и биометрические персональные данные</w:t>
      </w:r>
    </w:p>
    <w:p w14:paraId="2B57E361" w14:textId="1AE1A590" w:rsidR="000F23DA" w:rsidRPr="003B327A" w:rsidRDefault="000F23DA" w:rsidP="00B57BCC">
      <w:pPr>
        <w:spacing w:after="0" w:line="240" w:lineRule="auto"/>
        <w:ind w:firstLine="567"/>
        <w:jc w:val="both"/>
        <w:rPr>
          <w:rFonts w:cs="Times New Roman"/>
          <w:szCs w:val="24"/>
          <w:lang w:val="ru-RU"/>
        </w:rPr>
      </w:pPr>
      <w:r w:rsidRPr="0056141D">
        <w:rPr>
          <w:rFonts w:cs="Times New Roman"/>
          <w:szCs w:val="24"/>
          <w:lang w:val="ru-RU"/>
        </w:rPr>
        <w:t>Обработка специальных категорий персональных данных и биометрических персональных данных через Веб-сайты Оператора не осуществляется.</w:t>
      </w:r>
    </w:p>
    <w:p w14:paraId="4254F1F8" w14:textId="5B49B80A" w:rsidR="00A641BC" w:rsidRPr="002E356C" w:rsidRDefault="00D32B42" w:rsidP="000F23DA">
      <w:pPr>
        <w:spacing w:after="0" w:line="240" w:lineRule="auto"/>
        <w:ind w:firstLine="567"/>
        <w:jc w:val="both"/>
        <w:rPr>
          <w:rFonts w:cs="Times New Roman"/>
          <w:b/>
          <w:bCs/>
          <w:szCs w:val="24"/>
          <w:lang w:val="ru-RU"/>
        </w:rPr>
      </w:pPr>
      <w:r>
        <w:rPr>
          <w:rFonts w:cs="Times New Roman"/>
          <w:szCs w:val="24"/>
          <w:lang w:val="ru-RU"/>
        </w:rPr>
        <w:t xml:space="preserve">    </w:t>
      </w:r>
    </w:p>
    <w:p w14:paraId="3BE16FCB" w14:textId="2669C26F" w:rsidR="00D85378" w:rsidRPr="002E356C" w:rsidRDefault="008B61D4" w:rsidP="00B57BCC">
      <w:pPr>
        <w:ind w:firstLine="567"/>
        <w:jc w:val="center"/>
        <w:rPr>
          <w:rFonts w:cs="Times New Roman"/>
          <w:b/>
          <w:bCs/>
          <w:szCs w:val="24"/>
          <w:lang w:val="ru-RU"/>
        </w:rPr>
      </w:pPr>
      <w:r w:rsidRPr="002E356C">
        <w:rPr>
          <w:rFonts w:cs="Times New Roman"/>
          <w:b/>
          <w:bCs/>
          <w:szCs w:val="24"/>
          <w:lang w:val="ru-RU"/>
        </w:rPr>
        <w:t>4. Правовые основания обработки персональных данных</w:t>
      </w:r>
    </w:p>
    <w:p w14:paraId="528A8182"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4.1. Правовым основанием обработки персональных данных является совокупность правовых актов, во исполнение которых и в соответствии с которыми Оператор осуществляет обработку персональных данных.</w:t>
      </w:r>
    </w:p>
    <w:p w14:paraId="12E6B3E3"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4.2. В качестве правового основания обработки персональных данных Организацией используются: </w:t>
      </w:r>
    </w:p>
    <w:p w14:paraId="41A69083"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Конституция Российской Федерации; </w:t>
      </w:r>
    </w:p>
    <w:p w14:paraId="3B870988" w14:textId="7469C7ED"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Гражданский кодекс Российской Федерации;  </w:t>
      </w:r>
    </w:p>
    <w:p w14:paraId="161B8479"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Федеральный закон от 27 июля 2006 г. </w:t>
      </w:r>
      <w:r w:rsidRPr="002E356C">
        <w:rPr>
          <w:rFonts w:cs="Times New Roman"/>
          <w:szCs w:val="24"/>
        </w:rPr>
        <w:t>N</w:t>
      </w:r>
      <w:r w:rsidRPr="002E356C">
        <w:rPr>
          <w:rFonts w:cs="Times New Roman"/>
          <w:szCs w:val="24"/>
          <w:lang w:val="ru-RU"/>
        </w:rPr>
        <w:t xml:space="preserve"> 152-ФЗ "О персональных данных"; </w:t>
      </w:r>
    </w:p>
    <w:p w14:paraId="49D0805D"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Федеральный закон от 27 июля 2006 г. № 149-ФЗ «Об информации, информационных технологиях и о защите информации»; </w:t>
      </w:r>
    </w:p>
    <w:p w14:paraId="01951B39"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lastRenderedPageBreak/>
        <w:t xml:space="preserve">- Федеральным законом от 12 января 1996 года № 7-ФЗ «О некоммерческих организациях»; </w:t>
      </w:r>
    </w:p>
    <w:p w14:paraId="593F8399" w14:textId="5FB36E23"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Федеральным законом «О развитии малого и среднего предпринимательства в Российской Федерации» от 24 июля 2007 года № 209-ФЗ; </w:t>
      </w:r>
    </w:p>
    <w:p w14:paraId="71F6E902" w14:textId="243D91B2"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иные нормативные правовые акты Российской Федерации и нормативные документы исполнительных органов государственной власти в сфере защиты персональных данных; </w:t>
      </w:r>
    </w:p>
    <w:p w14:paraId="1243F94B" w14:textId="68968927" w:rsidR="009B06F6" w:rsidRDefault="008B61D4" w:rsidP="00B57BCC">
      <w:pPr>
        <w:spacing w:after="0" w:line="240" w:lineRule="auto"/>
        <w:ind w:firstLine="567"/>
        <w:jc w:val="both"/>
        <w:rPr>
          <w:lang w:val="ru-RU"/>
        </w:rPr>
      </w:pPr>
      <w:r w:rsidRPr="002E356C">
        <w:rPr>
          <w:rFonts w:cs="Times New Roman"/>
          <w:szCs w:val="24"/>
          <w:lang w:val="ru-RU"/>
        </w:rPr>
        <w:t>- согласия субъектов персональных данных на обработку их персональных данных</w:t>
      </w:r>
      <w:r w:rsidR="00C06119">
        <w:rPr>
          <w:rFonts w:cs="Times New Roman"/>
          <w:szCs w:val="24"/>
          <w:lang w:val="ru-RU"/>
        </w:rPr>
        <w:t xml:space="preserve">; </w:t>
      </w:r>
      <w:r w:rsidR="00D32B42">
        <w:rPr>
          <w:lang w:val="ru-RU"/>
        </w:rPr>
        <w:t xml:space="preserve"> </w:t>
      </w:r>
    </w:p>
    <w:p w14:paraId="26972C00" w14:textId="3D2E6CFC"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договоры</w:t>
      </w:r>
      <w:r w:rsidR="00AF12E8">
        <w:rPr>
          <w:rFonts w:cs="Times New Roman"/>
          <w:szCs w:val="24"/>
          <w:lang w:val="ru-RU"/>
        </w:rPr>
        <w:t xml:space="preserve"> и соглашения</w:t>
      </w:r>
      <w:r w:rsidRPr="002E356C">
        <w:rPr>
          <w:rFonts w:cs="Times New Roman"/>
          <w:szCs w:val="24"/>
          <w:lang w:val="ru-RU"/>
        </w:rPr>
        <w:t xml:space="preserve">, заключаемые Оператором </w:t>
      </w:r>
      <w:r w:rsidR="00AF12E8" w:rsidRPr="0056141D">
        <w:rPr>
          <w:rFonts w:cs="Times New Roman"/>
          <w:szCs w:val="24"/>
          <w:lang w:val="ru-RU"/>
        </w:rPr>
        <w:t>по инициативе субъекта персональных данных либо в связи с предоставлением услуг и мер поддержки.</w:t>
      </w:r>
      <w:r w:rsidR="00AF12E8">
        <w:rPr>
          <w:rFonts w:cs="Times New Roman"/>
          <w:szCs w:val="24"/>
          <w:lang w:val="ru-RU"/>
        </w:rPr>
        <w:t xml:space="preserve"> </w:t>
      </w:r>
    </w:p>
    <w:p w14:paraId="107FB254" w14:textId="321A7240"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4.3. Оператор обрабатывает персональные данные Пользователя </w:t>
      </w:r>
      <w:r w:rsidR="009B3E46" w:rsidRPr="002E356C">
        <w:rPr>
          <w:rFonts w:cs="Times New Roman"/>
          <w:szCs w:val="24"/>
          <w:lang w:val="ru-RU"/>
        </w:rPr>
        <w:t xml:space="preserve">при их предоставлении Пользователем через формы на Веб-сайтах, посредством электронной почты, онлайн-чата и иных предусмотренных каналов взаимодействия в соответствии с целями, основаниями и условиями, установленными настоящей Политикой. Ознакомление с настоящей Политикой подтверждает информирование Пользователя об обработке персональных данных, но не заменяет собой согласие субъекта персональных данных в случаях, когда такое согласие требуется в силу закона. </w:t>
      </w:r>
      <w:r w:rsidR="004B5111" w:rsidRPr="005045E0">
        <w:rPr>
          <w:rFonts w:cs="Times New Roman"/>
          <w:szCs w:val="24"/>
          <w:lang w:val="ru-RU"/>
        </w:rPr>
        <w:t>При использовании форм обратной связи Пользователь посредством отдельной отметки подтверждает ознакомление с настоящей Политикой и принятие Пользовательского соглашения соответствующего Веб-сайта. Согласие на обработку персональных данных предоставляется Пользователем отдельно посредством отдельного чек-бокса со ссылкой на текст соответствующего согласия.</w:t>
      </w:r>
      <w:r w:rsidR="004B5111">
        <w:rPr>
          <w:rFonts w:cs="Times New Roman"/>
          <w:szCs w:val="24"/>
          <w:lang w:val="ru-RU"/>
        </w:rPr>
        <w:t xml:space="preserve"> </w:t>
      </w:r>
    </w:p>
    <w:p w14:paraId="3B1C1D82" w14:textId="17ED36D6"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4.</w:t>
      </w:r>
      <w:r w:rsidR="007F2E33" w:rsidRPr="002E356C">
        <w:rPr>
          <w:rFonts w:cs="Times New Roman"/>
          <w:szCs w:val="24"/>
          <w:lang w:val="ru-RU"/>
        </w:rPr>
        <w:t>4</w:t>
      </w:r>
      <w:r w:rsidRPr="002E356C">
        <w:rPr>
          <w:rFonts w:cs="Times New Roman"/>
          <w:szCs w:val="24"/>
          <w:lang w:val="ru-RU"/>
        </w:rPr>
        <w:t>. Субъект персональных данных самостоятельно принимает решение о предоставлении его персональных данных и дает согласие свободно, своей волей и в своем интересе.</w:t>
      </w:r>
    </w:p>
    <w:p w14:paraId="39D283DA" w14:textId="77777777" w:rsidR="00F76703" w:rsidRPr="002E356C" w:rsidRDefault="00F76703" w:rsidP="00B57BCC">
      <w:pPr>
        <w:spacing w:after="0" w:line="240" w:lineRule="auto"/>
        <w:ind w:firstLine="567"/>
        <w:jc w:val="both"/>
        <w:rPr>
          <w:rFonts w:cs="Times New Roman"/>
          <w:szCs w:val="24"/>
          <w:lang w:val="ru-RU"/>
        </w:rPr>
      </w:pPr>
    </w:p>
    <w:p w14:paraId="40A4E0B0" w14:textId="77777777" w:rsidR="00D85378" w:rsidRPr="002E356C" w:rsidRDefault="008B61D4" w:rsidP="00B57BCC">
      <w:pPr>
        <w:ind w:firstLine="567"/>
        <w:jc w:val="center"/>
        <w:rPr>
          <w:rFonts w:cs="Times New Roman"/>
          <w:b/>
          <w:bCs/>
          <w:szCs w:val="24"/>
          <w:lang w:val="ru-RU"/>
        </w:rPr>
      </w:pPr>
      <w:r w:rsidRPr="002E356C">
        <w:rPr>
          <w:rFonts w:cs="Times New Roman"/>
          <w:b/>
          <w:bCs/>
          <w:szCs w:val="24"/>
          <w:lang w:val="ru-RU"/>
        </w:rPr>
        <w:t>5. Принципы и условия обработки персональных данных</w:t>
      </w:r>
    </w:p>
    <w:p w14:paraId="7EEBE140"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5.1. Обработка персональных данных должна осуществляться на основе принципов: </w:t>
      </w:r>
    </w:p>
    <w:p w14:paraId="13F25A8F"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законности целей и способов обработки персональных данных и добросовестности; </w:t>
      </w:r>
    </w:p>
    <w:p w14:paraId="3FBFBA6B"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соответствия целей обработки персональных данных целям, заранее определенным и заявленным при сборе персональных данных, а также полномочиям Оператора; </w:t>
      </w:r>
    </w:p>
    <w:p w14:paraId="2F226A05"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соответствия объема и характера обрабатываемых персональных данных, способов обработки персональных данных целям обработки персональных данных; </w:t>
      </w:r>
    </w:p>
    <w:p w14:paraId="132E582A"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 </w:t>
      </w:r>
    </w:p>
    <w:p w14:paraId="104C9F53" w14:textId="4CD14419"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недопустимости объединения созданных для несовместимых между собой целей баз данных информационных систем персональных данных.</w:t>
      </w:r>
    </w:p>
    <w:p w14:paraId="6688EF65"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5.2. Хранение персональных данных должно осуществляться в форме, позволяющей определить субъекта персональных данных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w:t>
      </w:r>
    </w:p>
    <w:p w14:paraId="2E5ACE5C"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5.3. Обработка персональных данных </w:t>
      </w:r>
      <w:r w:rsidR="00AF12E8">
        <w:rPr>
          <w:rFonts w:cs="Times New Roman"/>
          <w:szCs w:val="24"/>
          <w:lang w:val="ru-RU"/>
        </w:rPr>
        <w:t xml:space="preserve">пользователей Веб-сайтов </w:t>
      </w:r>
      <w:r w:rsidRPr="002E356C">
        <w:rPr>
          <w:rFonts w:cs="Times New Roman"/>
          <w:szCs w:val="24"/>
          <w:lang w:val="ru-RU"/>
        </w:rPr>
        <w:t xml:space="preserve">осуществляется на следующих условиях: </w:t>
      </w:r>
    </w:p>
    <w:p w14:paraId="7BB2FD39" w14:textId="77777777" w:rsidR="009B06F6" w:rsidRDefault="008B61D4" w:rsidP="00B57BCC">
      <w:pPr>
        <w:spacing w:after="0" w:line="240" w:lineRule="auto"/>
        <w:ind w:firstLine="567"/>
        <w:jc w:val="both"/>
        <w:rPr>
          <w:lang w:val="ru-RU"/>
        </w:rPr>
      </w:pPr>
      <w:r w:rsidRPr="002E356C">
        <w:rPr>
          <w:rFonts w:cs="Times New Roman"/>
          <w:szCs w:val="24"/>
          <w:lang w:val="ru-RU"/>
        </w:rPr>
        <w:t>- с согласия субъекта персональных данных на обработку его персональных данных;</w:t>
      </w:r>
      <w:r w:rsidR="00D32B42">
        <w:rPr>
          <w:lang w:val="ru-RU"/>
        </w:rPr>
        <w:t xml:space="preserve"> </w:t>
      </w:r>
    </w:p>
    <w:p w14:paraId="47078A80" w14:textId="14B16568" w:rsidR="009B06F6" w:rsidRDefault="009B06F6" w:rsidP="00B57BCC">
      <w:pPr>
        <w:spacing w:after="0" w:line="240" w:lineRule="auto"/>
        <w:ind w:firstLine="567"/>
        <w:jc w:val="both"/>
        <w:rPr>
          <w:rFonts w:cs="Times New Roman"/>
          <w:szCs w:val="24"/>
          <w:lang w:val="ru-RU"/>
        </w:rPr>
      </w:pPr>
      <w:r>
        <w:rPr>
          <w:lang w:val="ru-RU"/>
        </w:rPr>
        <w:t xml:space="preserve">- </w:t>
      </w:r>
      <w:r w:rsidR="00E41B9A" w:rsidRPr="0056141D">
        <w:rPr>
          <w:rFonts w:cs="Times New Roman"/>
          <w:szCs w:val="24"/>
          <w:lang w:val="ru-RU"/>
        </w:rPr>
        <w:t>обработка необходима для осуществления функций, полномочий и обязанностей Оператора, предусмотренных законодательством Российской Федерации;</w:t>
      </w:r>
      <w:r w:rsidR="008B61D4" w:rsidRPr="002E356C">
        <w:rPr>
          <w:rFonts w:cs="Times New Roman"/>
          <w:szCs w:val="24"/>
          <w:lang w:val="ru-RU"/>
        </w:rPr>
        <w:t xml:space="preserve"> </w:t>
      </w:r>
    </w:p>
    <w:p w14:paraId="07B415B8" w14:textId="238E00ED"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обработка персональных данных необходима для исполнения договора, стороной которого либо выгодоприобретателем или </w:t>
      </w:r>
      <w:r w:rsidR="009B06F6" w:rsidRPr="002E356C">
        <w:rPr>
          <w:rFonts w:cs="Times New Roman"/>
          <w:szCs w:val="24"/>
          <w:lang w:val="ru-RU"/>
        </w:rPr>
        <w:t>поручителем,</w:t>
      </w:r>
      <w:r w:rsidRPr="002E356C">
        <w:rPr>
          <w:rFonts w:cs="Times New Roman"/>
          <w:szCs w:val="24"/>
          <w:lang w:val="ru-RU"/>
        </w:rPr>
        <w:t xml:space="preserve">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r w:rsidR="009B06F6">
        <w:rPr>
          <w:rFonts w:cs="Times New Roman"/>
          <w:szCs w:val="24"/>
          <w:lang w:val="ru-RU"/>
        </w:rPr>
        <w:t>;</w:t>
      </w:r>
    </w:p>
    <w:p w14:paraId="28DC8090" w14:textId="19C63AB9"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r w:rsidR="009B06F6">
        <w:rPr>
          <w:rFonts w:cs="Times New Roman"/>
          <w:szCs w:val="24"/>
          <w:lang w:val="ru-RU"/>
        </w:rPr>
        <w:t>;</w:t>
      </w:r>
    </w:p>
    <w:p w14:paraId="60C576E3" w14:textId="56B815B3" w:rsidR="007E4575"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 - </w:t>
      </w:r>
      <w:r w:rsidR="003B327A" w:rsidRPr="0056141D">
        <w:rPr>
          <w:rFonts w:cs="Times New Roman"/>
          <w:szCs w:val="24"/>
          <w:lang w:val="ru-RU"/>
        </w:rPr>
        <w:t>обработка необходима для обеспечения работоспособности и безопасности Веб-сайтов Оператора при условии, что при этом не нарушаются права и свободы субъекта персональных данных.</w:t>
      </w:r>
      <w:r w:rsidR="003B327A">
        <w:rPr>
          <w:rFonts w:cs="Times New Roman"/>
          <w:szCs w:val="24"/>
          <w:lang w:val="ru-RU"/>
        </w:rPr>
        <w:t xml:space="preserve"> </w:t>
      </w:r>
    </w:p>
    <w:p w14:paraId="2CD49C61" w14:textId="77777777" w:rsidR="00A641BC" w:rsidRPr="002E356C" w:rsidRDefault="00A641BC" w:rsidP="00A96374">
      <w:pPr>
        <w:spacing w:after="0" w:line="240" w:lineRule="auto"/>
        <w:ind w:firstLine="567"/>
        <w:jc w:val="both"/>
        <w:rPr>
          <w:rFonts w:cs="Times New Roman"/>
          <w:b/>
          <w:bCs/>
          <w:szCs w:val="24"/>
          <w:lang w:val="ru-RU"/>
        </w:rPr>
      </w:pPr>
    </w:p>
    <w:p w14:paraId="06E3E37F" w14:textId="6F2551FC" w:rsidR="00D85378" w:rsidRPr="002E356C" w:rsidRDefault="008B61D4" w:rsidP="00B57BCC">
      <w:pPr>
        <w:ind w:firstLine="567"/>
        <w:jc w:val="center"/>
        <w:rPr>
          <w:rFonts w:cs="Times New Roman"/>
          <w:b/>
          <w:bCs/>
          <w:szCs w:val="24"/>
          <w:lang w:val="ru-RU"/>
        </w:rPr>
      </w:pPr>
      <w:r w:rsidRPr="002E356C">
        <w:rPr>
          <w:rFonts w:cs="Times New Roman"/>
          <w:b/>
          <w:bCs/>
          <w:szCs w:val="24"/>
          <w:lang w:val="ru-RU"/>
        </w:rPr>
        <w:lastRenderedPageBreak/>
        <w:t>6. Категории субъектов персональных данных</w:t>
      </w:r>
      <w:r w:rsidR="00E41B9A">
        <w:rPr>
          <w:rFonts w:cs="Times New Roman"/>
          <w:b/>
          <w:bCs/>
          <w:szCs w:val="24"/>
          <w:lang w:val="ru-RU"/>
        </w:rPr>
        <w:t xml:space="preserve">, </w:t>
      </w:r>
      <w:r w:rsidR="00E41B9A" w:rsidRPr="0056141D">
        <w:rPr>
          <w:rFonts w:cs="Times New Roman"/>
          <w:b/>
          <w:bCs/>
          <w:szCs w:val="24"/>
          <w:lang w:val="ru-RU"/>
        </w:rPr>
        <w:t>обрабатываемых в рамках настоящей Политики.</w:t>
      </w:r>
    </w:p>
    <w:p w14:paraId="5473CCC3" w14:textId="77777777" w:rsidR="009B06F6"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6.1. </w:t>
      </w:r>
      <w:r w:rsidR="003B327A" w:rsidRPr="0056141D">
        <w:rPr>
          <w:rFonts w:cs="Times New Roman"/>
          <w:szCs w:val="24"/>
          <w:lang w:val="ru-RU"/>
        </w:rPr>
        <w:t>В рамках настоящей Политики Оператор обрабатывает персональные данные следующих категорий субъектов персональных данных:</w:t>
      </w:r>
      <w:r w:rsidR="003B327A">
        <w:rPr>
          <w:rFonts w:cs="Times New Roman"/>
          <w:szCs w:val="24"/>
          <w:lang w:val="ru-RU"/>
        </w:rPr>
        <w:t xml:space="preserve"> </w:t>
      </w:r>
    </w:p>
    <w:p w14:paraId="1962CD28" w14:textId="77777777" w:rsidR="009B06F6" w:rsidRDefault="009B06F6" w:rsidP="00B57BCC">
      <w:pPr>
        <w:spacing w:after="0" w:line="240" w:lineRule="auto"/>
        <w:ind w:firstLine="567"/>
        <w:jc w:val="both"/>
        <w:rPr>
          <w:rFonts w:cs="Times New Roman"/>
          <w:szCs w:val="24"/>
          <w:lang w:val="ru-RU"/>
        </w:rPr>
      </w:pPr>
      <w:r>
        <w:rPr>
          <w:rFonts w:cs="Times New Roman"/>
          <w:szCs w:val="24"/>
          <w:lang w:val="ru-RU"/>
        </w:rPr>
        <w:t xml:space="preserve">- </w:t>
      </w:r>
      <w:r w:rsidR="003B327A">
        <w:rPr>
          <w:rFonts w:cs="Times New Roman"/>
          <w:szCs w:val="24"/>
          <w:lang w:val="ru-RU"/>
        </w:rPr>
        <w:t>п</w:t>
      </w:r>
      <w:r w:rsidR="003B327A" w:rsidRPr="0056141D">
        <w:rPr>
          <w:rFonts w:cs="Times New Roman"/>
          <w:szCs w:val="24"/>
          <w:lang w:val="ru-RU"/>
        </w:rPr>
        <w:t>ользователей Веб-сайтов Оператора;</w:t>
      </w:r>
      <w:r w:rsidR="003B327A">
        <w:rPr>
          <w:rFonts w:cs="Times New Roman"/>
          <w:szCs w:val="24"/>
          <w:lang w:val="ru-RU"/>
        </w:rPr>
        <w:t xml:space="preserve"> </w:t>
      </w:r>
    </w:p>
    <w:p w14:paraId="0A5B55DF" w14:textId="77777777" w:rsidR="009B06F6" w:rsidRDefault="009B06F6" w:rsidP="00B57BCC">
      <w:pPr>
        <w:spacing w:after="0" w:line="240" w:lineRule="auto"/>
        <w:ind w:firstLine="567"/>
        <w:jc w:val="both"/>
        <w:rPr>
          <w:rFonts w:cs="Times New Roman"/>
          <w:szCs w:val="24"/>
          <w:lang w:val="ru-RU"/>
        </w:rPr>
      </w:pPr>
      <w:r>
        <w:rPr>
          <w:rFonts w:cs="Times New Roman"/>
          <w:szCs w:val="24"/>
          <w:lang w:val="ru-RU"/>
        </w:rPr>
        <w:t xml:space="preserve">- </w:t>
      </w:r>
      <w:r w:rsidR="003B327A" w:rsidRPr="0056141D">
        <w:rPr>
          <w:rFonts w:cs="Times New Roman"/>
          <w:szCs w:val="24"/>
          <w:lang w:val="ru-RU"/>
        </w:rPr>
        <w:t>потенциальных клиентов Оператора, направивших обращения через Веб-сайты;</w:t>
      </w:r>
      <w:r w:rsidR="003B327A">
        <w:rPr>
          <w:rFonts w:cs="Times New Roman"/>
          <w:szCs w:val="24"/>
          <w:lang w:val="ru-RU"/>
        </w:rPr>
        <w:t xml:space="preserve"> </w:t>
      </w:r>
    </w:p>
    <w:p w14:paraId="5153628C" w14:textId="77777777" w:rsidR="009B06F6" w:rsidRDefault="009B06F6" w:rsidP="00B57BCC">
      <w:pPr>
        <w:spacing w:after="0" w:line="240" w:lineRule="auto"/>
        <w:ind w:firstLine="567"/>
        <w:jc w:val="both"/>
        <w:rPr>
          <w:rFonts w:cs="Times New Roman"/>
          <w:szCs w:val="24"/>
          <w:lang w:val="ru-RU"/>
        </w:rPr>
      </w:pPr>
      <w:r>
        <w:rPr>
          <w:rFonts w:cs="Times New Roman"/>
          <w:szCs w:val="24"/>
          <w:lang w:val="ru-RU"/>
        </w:rPr>
        <w:t xml:space="preserve">- </w:t>
      </w:r>
      <w:r w:rsidR="008C56AC" w:rsidRPr="0056141D">
        <w:rPr>
          <w:rFonts w:cs="Times New Roman"/>
          <w:szCs w:val="24"/>
          <w:lang w:val="ru-RU"/>
        </w:rPr>
        <w:t>клиентов Оператора, взаимодействующих с Оператором через Веб-сайты;</w:t>
      </w:r>
      <w:r w:rsidR="008C56AC">
        <w:rPr>
          <w:rFonts w:cs="Times New Roman"/>
          <w:szCs w:val="24"/>
          <w:lang w:val="ru-RU"/>
        </w:rPr>
        <w:t xml:space="preserve"> </w:t>
      </w:r>
    </w:p>
    <w:p w14:paraId="6F9B2C77" w14:textId="721F4BF5" w:rsidR="00D85378" w:rsidRDefault="009B06F6" w:rsidP="00B57BCC">
      <w:pPr>
        <w:spacing w:after="0" w:line="240" w:lineRule="auto"/>
        <w:ind w:firstLine="567"/>
        <w:jc w:val="both"/>
        <w:rPr>
          <w:rFonts w:cs="Times New Roman"/>
          <w:szCs w:val="24"/>
          <w:lang w:val="ru-RU"/>
        </w:rPr>
      </w:pPr>
      <w:r>
        <w:rPr>
          <w:rFonts w:cs="Times New Roman"/>
          <w:szCs w:val="24"/>
          <w:lang w:val="ru-RU"/>
        </w:rPr>
        <w:t xml:space="preserve">- </w:t>
      </w:r>
      <w:r w:rsidR="008C56AC" w:rsidRPr="0056141D">
        <w:rPr>
          <w:rFonts w:cs="Times New Roman"/>
          <w:szCs w:val="24"/>
          <w:lang w:val="ru-RU"/>
        </w:rPr>
        <w:t>представителей юридических лиц и индивидуальных предпринимателей, обращающихся через Веб-сайты Оператора.</w:t>
      </w:r>
    </w:p>
    <w:p w14:paraId="47AB8504" w14:textId="77777777" w:rsidR="002E356C" w:rsidRPr="002E356C" w:rsidRDefault="002E356C" w:rsidP="00B57BCC">
      <w:pPr>
        <w:spacing w:after="0" w:line="240" w:lineRule="auto"/>
        <w:ind w:firstLine="567"/>
        <w:jc w:val="both"/>
        <w:rPr>
          <w:rFonts w:cs="Times New Roman"/>
          <w:szCs w:val="24"/>
          <w:lang w:val="ru-RU"/>
        </w:rPr>
      </w:pPr>
    </w:p>
    <w:p w14:paraId="2F05CD50" w14:textId="77777777" w:rsidR="00D85378" w:rsidRPr="002E356C" w:rsidRDefault="008B61D4" w:rsidP="00B57BCC">
      <w:pPr>
        <w:ind w:firstLine="567"/>
        <w:jc w:val="center"/>
        <w:rPr>
          <w:rFonts w:cs="Times New Roman"/>
          <w:b/>
          <w:bCs/>
          <w:szCs w:val="24"/>
          <w:lang w:val="ru-RU"/>
        </w:rPr>
      </w:pPr>
      <w:r w:rsidRPr="002E356C">
        <w:rPr>
          <w:rFonts w:cs="Times New Roman"/>
          <w:b/>
          <w:bCs/>
          <w:szCs w:val="24"/>
          <w:lang w:val="ru-RU"/>
        </w:rPr>
        <w:t>7. Порядок обработки персональных данных</w:t>
      </w:r>
    </w:p>
    <w:p w14:paraId="0CA2481D" w14:textId="35B1E220"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7.1. Организация обрабатывает персональные данные на законной и справедливой основе для выполнения возложенных законодательством функций, полномочий и обязанностей, осуществления прав и законных интересов Организации, Пользователей и третьих лиц.</w:t>
      </w:r>
    </w:p>
    <w:p w14:paraId="48B5300A"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7.2. Организация получает персональные данные непосредственно у субъектов персональных данных.</w:t>
      </w:r>
    </w:p>
    <w:p w14:paraId="6A00CF9D"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7.3. Организация обрабатывает персональные данные автоматизированным и неавтоматизированным способами, с использованием средств вычислительной техники и без использования таких средств.</w:t>
      </w:r>
    </w:p>
    <w:p w14:paraId="3C29AE06" w14:textId="2FF3C9A9"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7.4. Действия по обработке персональных данных включают сбор, запись, систематизацию, накопление, хранение, уточнение (обновление, изменение), извлечение, использование, передачу ( предоставление, доступ), обезличивание, блокирование, удаление и уничтожение.</w:t>
      </w:r>
    </w:p>
    <w:p w14:paraId="2605FCEA" w14:textId="77777777"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7.5. Базы данных информации, содержащей персональные данные граждан Российской Федерации, находятся на территории Российской Федерации.</w:t>
      </w:r>
    </w:p>
    <w:p w14:paraId="4EC46397" w14:textId="043CC3AA" w:rsidR="00D85378"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7.6. </w:t>
      </w:r>
      <w:r w:rsidR="008C56AC" w:rsidRPr="0056141D">
        <w:rPr>
          <w:rFonts w:cs="Times New Roman"/>
          <w:szCs w:val="24"/>
          <w:lang w:val="ru-RU"/>
        </w:rPr>
        <w:t>Оператор не раскрывает персональные данные пользователей Веб-сайтов третьим лицам без согласия субъекта персональных данных, за исключением случаев, предусмотренных законодательством Российской Федерации, а также случаев поручения обработки лицам, указанным в разделе 3 настоящей Политики.</w:t>
      </w:r>
      <w:r w:rsidR="008C56AC">
        <w:rPr>
          <w:rFonts w:cs="Times New Roman"/>
          <w:szCs w:val="24"/>
          <w:lang w:val="ru-RU"/>
        </w:rPr>
        <w:t xml:space="preserve"> </w:t>
      </w:r>
    </w:p>
    <w:p w14:paraId="6C7919F4" w14:textId="2A2B02A9" w:rsidR="00396FBA" w:rsidRPr="002E356C" w:rsidRDefault="008B61D4" w:rsidP="00B57BCC">
      <w:pPr>
        <w:spacing w:after="0" w:line="240" w:lineRule="auto"/>
        <w:ind w:firstLine="567"/>
        <w:jc w:val="both"/>
        <w:rPr>
          <w:rFonts w:cs="Times New Roman"/>
          <w:szCs w:val="24"/>
          <w:lang w:val="ru-RU"/>
        </w:rPr>
      </w:pPr>
      <w:r w:rsidRPr="002E356C">
        <w:rPr>
          <w:rFonts w:cs="Times New Roman"/>
          <w:szCs w:val="24"/>
          <w:lang w:val="ru-RU"/>
        </w:rPr>
        <w:t xml:space="preserve">7.6.1. </w:t>
      </w:r>
      <w:r w:rsidR="008C56AC" w:rsidRPr="0056141D">
        <w:rPr>
          <w:rFonts w:cs="Times New Roman"/>
          <w:szCs w:val="24"/>
          <w:lang w:val="ru-RU"/>
        </w:rPr>
        <w:t>В отношении Веб-сайтов Оператора персональные данные пользователей могут передаваться следующим лицам:</w:t>
      </w:r>
      <w:r w:rsidR="008C56AC">
        <w:rPr>
          <w:rFonts w:cs="Times New Roman"/>
          <w:szCs w:val="24"/>
          <w:lang w:val="ru-RU"/>
        </w:rPr>
        <w:t xml:space="preserve"> </w:t>
      </w:r>
    </w:p>
    <w:p w14:paraId="1A296D7D" w14:textId="77777777" w:rsidR="008C56AC" w:rsidRDefault="008C56AC" w:rsidP="00B57BCC">
      <w:pPr>
        <w:spacing w:after="0" w:line="240" w:lineRule="auto"/>
        <w:ind w:firstLine="567"/>
        <w:jc w:val="both"/>
        <w:rPr>
          <w:rFonts w:cs="Times New Roman"/>
          <w:szCs w:val="24"/>
          <w:lang w:val="ru-RU"/>
        </w:rPr>
      </w:pPr>
      <w:r>
        <w:rPr>
          <w:rFonts w:cs="Times New Roman"/>
          <w:szCs w:val="24"/>
          <w:lang w:val="ru-RU"/>
        </w:rPr>
        <w:t>-</w:t>
      </w:r>
      <w:r w:rsidRPr="0056141D">
        <w:rPr>
          <w:rFonts w:cs="Times New Roman"/>
          <w:szCs w:val="24"/>
          <w:lang w:val="ru-RU"/>
        </w:rPr>
        <w:t xml:space="preserve"> ООО «Яндекс» — для оказания услуг веб-аналитики с использованием программы «Яндекс.Метрика»;</w:t>
      </w:r>
    </w:p>
    <w:p w14:paraId="2870CE78" w14:textId="77777777" w:rsidR="008C56AC" w:rsidRDefault="008C56AC"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 xml:space="preserve">ООО «1С-Битрикс» — для хранения и обработки обращений, поступающих через формы сайта </w:t>
      </w:r>
      <w:hyperlink r:id="rId19" w:tgtFrame="_new" w:history="1">
        <w:r w:rsidRPr="008C56AC">
          <w:rPr>
            <w:rStyle w:val="aff9"/>
            <w:rFonts w:cs="Times New Roman"/>
            <w:szCs w:val="24"/>
          </w:rPr>
          <w:t>https</w:t>
        </w:r>
        <w:r w:rsidRPr="0056141D">
          <w:rPr>
            <w:rStyle w:val="aff9"/>
            <w:rFonts w:cs="Times New Roman"/>
            <w:szCs w:val="24"/>
            <w:lang w:val="ru-RU"/>
          </w:rPr>
          <w:t>://</w:t>
        </w:r>
        <w:r w:rsidRPr="008C56AC">
          <w:rPr>
            <w:rStyle w:val="aff9"/>
            <w:rFonts w:cs="Times New Roman"/>
            <w:szCs w:val="24"/>
          </w:rPr>
          <w:t>www</w:t>
        </w:r>
        <w:r w:rsidRPr="0056141D">
          <w:rPr>
            <w:rStyle w:val="aff9"/>
            <w:rFonts w:cs="Times New Roman"/>
            <w:szCs w:val="24"/>
            <w:lang w:val="ru-RU"/>
          </w:rPr>
          <w:t>.</w:t>
        </w:r>
        <w:r w:rsidRPr="008C56AC">
          <w:rPr>
            <w:rStyle w:val="aff9"/>
            <w:rFonts w:cs="Times New Roman"/>
            <w:szCs w:val="24"/>
          </w:rPr>
          <w:t>chukotka</w:t>
        </w:r>
        <w:r w:rsidRPr="0056141D">
          <w:rPr>
            <w:rStyle w:val="aff9"/>
            <w:rFonts w:cs="Times New Roman"/>
            <w:szCs w:val="24"/>
            <w:lang w:val="ru-RU"/>
          </w:rPr>
          <w:t>-</w:t>
        </w:r>
        <w:r w:rsidRPr="008C56AC">
          <w:rPr>
            <w:rStyle w:val="aff9"/>
            <w:rFonts w:cs="Times New Roman"/>
            <w:szCs w:val="24"/>
          </w:rPr>
          <w:t>invest</w:t>
        </w:r>
        <w:r w:rsidRPr="0056141D">
          <w:rPr>
            <w:rStyle w:val="aff9"/>
            <w:rFonts w:cs="Times New Roman"/>
            <w:szCs w:val="24"/>
            <w:lang w:val="ru-RU"/>
          </w:rPr>
          <w:t>.</w:t>
        </w:r>
        <w:r w:rsidRPr="008C56AC">
          <w:rPr>
            <w:rStyle w:val="aff9"/>
            <w:rFonts w:cs="Times New Roman"/>
            <w:szCs w:val="24"/>
          </w:rPr>
          <w:t>ru</w:t>
        </w:r>
      </w:hyperlink>
      <w:r w:rsidRPr="0056141D">
        <w:rPr>
          <w:rFonts w:cs="Times New Roman"/>
          <w:szCs w:val="24"/>
          <w:lang w:val="ru-RU"/>
        </w:rPr>
        <w:t>;</w:t>
      </w:r>
    </w:p>
    <w:p w14:paraId="187C8C35" w14:textId="77777777" w:rsidR="008C56AC" w:rsidRDefault="008C56AC"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 xml:space="preserve">ООО «Дживо» — для технического обеспечения онлайн-чата на сайте </w:t>
      </w:r>
      <w:hyperlink r:id="rId20" w:tgtFrame="_new" w:history="1">
        <w:r w:rsidRPr="008C56AC">
          <w:rPr>
            <w:rStyle w:val="aff9"/>
            <w:rFonts w:cs="Times New Roman"/>
            <w:szCs w:val="24"/>
          </w:rPr>
          <w:t>https</w:t>
        </w:r>
        <w:r w:rsidRPr="0056141D">
          <w:rPr>
            <w:rStyle w:val="aff9"/>
            <w:rFonts w:cs="Times New Roman"/>
            <w:szCs w:val="24"/>
            <w:lang w:val="ru-RU"/>
          </w:rPr>
          <w:t>://</w:t>
        </w:r>
        <w:r w:rsidRPr="008C56AC">
          <w:rPr>
            <w:rStyle w:val="aff9"/>
            <w:rFonts w:cs="Times New Roman"/>
            <w:szCs w:val="24"/>
          </w:rPr>
          <w:t>fond</w:t>
        </w:r>
        <w:r w:rsidRPr="0056141D">
          <w:rPr>
            <w:rStyle w:val="aff9"/>
            <w:rFonts w:cs="Times New Roman"/>
            <w:szCs w:val="24"/>
            <w:lang w:val="ru-RU"/>
          </w:rPr>
          <w:t>87.</w:t>
        </w:r>
        <w:r w:rsidRPr="008C56AC">
          <w:rPr>
            <w:rStyle w:val="aff9"/>
            <w:rFonts w:cs="Times New Roman"/>
            <w:szCs w:val="24"/>
          </w:rPr>
          <w:t>ru</w:t>
        </w:r>
      </w:hyperlink>
      <w:r w:rsidRPr="0056141D">
        <w:rPr>
          <w:rFonts w:cs="Times New Roman"/>
          <w:szCs w:val="24"/>
          <w:lang w:val="ru-RU"/>
        </w:rPr>
        <w:t>;</w:t>
      </w:r>
    </w:p>
    <w:p w14:paraId="6F7CAF83" w14:textId="04C9589E" w:rsidR="008C56AC" w:rsidRDefault="008C56AC" w:rsidP="00B57BCC">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 xml:space="preserve">ПАО «Сбербанк» — для обработки запросов пользователей с использованием интеллектуального ассистента </w:t>
      </w:r>
      <w:r w:rsidRPr="008C56AC">
        <w:rPr>
          <w:rFonts w:cs="Times New Roman"/>
          <w:szCs w:val="24"/>
        </w:rPr>
        <w:t>Salute</w:t>
      </w:r>
      <w:r w:rsidRPr="0056141D">
        <w:rPr>
          <w:rFonts w:cs="Times New Roman"/>
          <w:szCs w:val="24"/>
          <w:lang w:val="ru-RU"/>
        </w:rPr>
        <w:t xml:space="preserve"> </w:t>
      </w:r>
      <w:r w:rsidRPr="008C56AC">
        <w:rPr>
          <w:rFonts w:cs="Times New Roman"/>
          <w:szCs w:val="24"/>
        </w:rPr>
        <w:t>bot</w:t>
      </w:r>
      <w:r w:rsidRPr="0056141D">
        <w:rPr>
          <w:rFonts w:cs="Times New Roman"/>
          <w:szCs w:val="24"/>
          <w:lang w:val="ru-RU"/>
        </w:rPr>
        <w:t xml:space="preserve"> на сайте </w:t>
      </w:r>
      <w:hyperlink r:id="rId21" w:tgtFrame="_new" w:history="1">
        <w:r w:rsidRPr="008C56AC">
          <w:rPr>
            <w:rStyle w:val="aff9"/>
            <w:rFonts w:cs="Times New Roman"/>
            <w:szCs w:val="24"/>
          </w:rPr>
          <w:t>https</w:t>
        </w:r>
        <w:r w:rsidRPr="0056141D">
          <w:rPr>
            <w:rStyle w:val="aff9"/>
            <w:rFonts w:cs="Times New Roman"/>
            <w:szCs w:val="24"/>
            <w:lang w:val="ru-RU"/>
          </w:rPr>
          <w:t>://</w:t>
        </w:r>
        <w:r w:rsidRPr="008C56AC">
          <w:rPr>
            <w:rStyle w:val="aff9"/>
            <w:rFonts w:cs="Times New Roman"/>
            <w:szCs w:val="24"/>
          </w:rPr>
          <w:t>fond</w:t>
        </w:r>
        <w:r w:rsidRPr="0056141D">
          <w:rPr>
            <w:rStyle w:val="aff9"/>
            <w:rFonts w:cs="Times New Roman"/>
            <w:szCs w:val="24"/>
            <w:lang w:val="ru-RU"/>
          </w:rPr>
          <w:t>87.</w:t>
        </w:r>
        <w:r w:rsidRPr="008C56AC">
          <w:rPr>
            <w:rStyle w:val="aff9"/>
            <w:rFonts w:cs="Times New Roman"/>
            <w:szCs w:val="24"/>
          </w:rPr>
          <w:t>ru</w:t>
        </w:r>
      </w:hyperlink>
      <w:r w:rsidRPr="0056141D">
        <w:rPr>
          <w:rFonts w:cs="Times New Roman"/>
          <w:szCs w:val="24"/>
          <w:lang w:val="ru-RU"/>
        </w:rPr>
        <w:t>.</w:t>
      </w:r>
    </w:p>
    <w:p w14:paraId="67FEEA32" w14:textId="08E036E2" w:rsidR="00A9196E" w:rsidRPr="00A9196E" w:rsidRDefault="00CF2F36" w:rsidP="00B57BCC">
      <w:pPr>
        <w:spacing w:after="0" w:line="240" w:lineRule="auto"/>
        <w:ind w:firstLine="567"/>
        <w:jc w:val="both"/>
        <w:rPr>
          <w:rFonts w:cs="Times New Roman"/>
          <w:szCs w:val="24"/>
          <w:lang w:val="ru-RU"/>
        </w:rPr>
      </w:pPr>
      <w:r w:rsidRPr="00FB2F75">
        <w:rPr>
          <w:rFonts w:cs="Times New Roman"/>
          <w:iCs/>
          <w:szCs w:val="24"/>
          <w:lang w:val="ru-RU"/>
        </w:rPr>
        <w:t>Передача персональных данных указанным лицам осуществляется на основании заключенных с ними договоров, содержащих условия о поручении обработки персональных данных, предусматривающие обязательства по обеспечению конфиденциальности и безопасности персональных данных в соответствии с требованиями Федерального закона от 27.07.2006 № 152-ФЗ «О персональных данных»</w:t>
      </w:r>
      <w:r>
        <w:rPr>
          <w:rFonts w:cs="Times New Roman"/>
          <w:iCs/>
          <w:szCs w:val="24"/>
          <w:lang w:val="ru-RU"/>
        </w:rPr>
        <w:t>.</w:t>
      </w:r>
    </w:p>
    <w:p w14:paraId="06C175C9" w14:textId="1F59FC4A" w:rsidR="00D85378" w:rsidRPr="002E356C" w:rsidRDefault="008B61D4" w:rsidP="008C56AC">
      <w:pPr>
        <w:spacing w:after="0" w:line="240" w:lineRule="auto"/>
        <w:ind w:firstLine="567"/>
        <w:jc w:val="both"/>
        <w:rPr>
          <w:rFonts w:cs="Times New Roman"/>
          <w:szCs w:val="24"/>
          <w:lang w:val="ru-RU"/>
        </w:rPr>
      </w:pPr>
      <w:r w:rsidRPr="002E356C">
        <w:rPr>
          <w:rFonts w:cs="Times New Roman"/>
          <w:szCs w:val="24"/>
          <w:lang w:val="ru-RU"/>
        </w:rPr>
        <w:t xml:space="preserve">7.6.2. </w:t>
      </w:r>
      <w:r w:rsidR="008C56AC" w:rsidRPr="0056141D">
        <w:rPr>
          <w:rFonts w:cs="Times New Roman"/>
          <w:szCs w:val="24"/>
          <w:lang w:val="ru-RU"/>
        </w:rPr>
        <w:t>Перечень третьих лиц и используемых сервисов может актуализироваться Оператором в связи с изменением процессов функционирования Веб-сайтов. Актуальная редакция Политики размещается на Веб-сайтах Оператора.</w:t>
      </w:r>
      <w:r w:rsidR="008C56AC">
        <w:rPr>
          <w:rFonts w:cs="Times New Roman"/>
          <w:szCs w:val="24"/>
          <w:lang w:val="ru-RU"/>
        </w:rPr>
        <w:t xml:space="preserve"> </w:t>
      </w:r>
    </w:p>
    <w:p w14:paraId="423C9401" w14:textId="2059A16B" w:rsidR="00D85378" w:rsidRPr="002E356C" w:rsidRDefault="008B61D4" w:rsidP="00F37623">
      <w:pPr>
        <w:spacing w:after="0" w:line="240" w:lineRule="auto"/>
        <w:ind w:firstLine="567"/>
        <w:jc w:val="both"/>
        <w:rPr>
          <w:rFonts w:cs="Times New Roman"/>
          <w:szCs w:val="24"/>
          <w:lang w:val="ru-RU"/>
        </w:rPr>
      </w:pPr>
      <w:r w:rsidRPr="002E356C">
        <w:rPr>
          <w:rFonts w:cs="Times New Roman"/>
          <w:szCs w:val="24"/>
          <w:lang w:val="ru-RU"/>
        </w:rPr>
        <w:t>7.6.</w:t>
      </w:r>
      <w:r w:rsidR="008C56AC">
        <w:rPr>
          <w:rFonts w:cs="Times New Roman"/>
          <w:szCs w:val="24"/>
          <w:lang w:val="ru-RU"/>
        </w:rPr>
        <w:t>3</w:t>
      </w:r>
      <w:r w:rsidRPr="002E356C">
        <w:rPr>
          <w:rFonts w:cs="Times New Roman"/>
          <w:szCs w:val="24"/>
          <w:lang w:val="ru-RU"/>
        </w:rPr>
        <w:t>.В случае выявления неточностей в персональных данных, субъект персональных данных может актуализировать их самостоятельно, путем направления Оператору уведомлени</w:t>
      </w:r>
      <w:r w:rsidR="00861B63" w:rsidRPr="002E356C">
        <w:rPr>
          <w:rFonts w:cs="Times New Roman"/>
          <w:szCs w:val="24"/>
          <w:lang w:val="ru-RU"/>
        </w:rPr>
        <w:t>я</w:t>
      </w:r>
      <w:r w:rsidRPr="002E356C">
        <w:rPr>
          <w:rFonts w:cs="Times New Roman"/>
          <w:szCs w:val="24"/>
          <w:lang w:val="ru-RU"/>
        </w:rPr>
        <w:t xml:space="preserve"> на адрес электронной почты Оператора </w:t>
      </w:r>
      <w:r w:rsidRPr="002E356C">
        <w:rPr>
          <w:rFonts w:cs="Times New Roman"/>
          <w:szCs w:val="24"/>
        </w:rPr>
        <w:t>mail</w:t>
      </w:r>
      <w:r w:rsidRPr="002E356C">
        <w:rPr>
          <w:rFonts w:cs="Times New Roman"/>
          <w:szCs w:val="24"/>
          <w:lang w:val="ru-RU"/>
        </w:rPr>
        <w:t>@</w:t>
      </w:r>
      <w:r w:rsidRPr="002E356C">
        <w:rPr>
          <w:rFonts w:cs="Times New Roman"/>
          <w:szCs w:val="24"/>
        </w:rPr>
        <w:t>fond</w:t>
      </w:r>
      <w:r w:rsidRPr="002E356C">
        <w:rPr>
          <w:rFonts w:cs="Times New Roman"/>
          <w:szCs w:val="24"/>
          <w:lang w:val="ru-RU"/>
        </w:rPr>
        <w:t>87.</w:t>
      </w:r>
      <w:r w:rsidRPr="002E356C">
        <w:rPr>
          <w:rFonts w:cs="Times New Roman"/>
          <w:szCs w:val="24"/>
        </w:rPr>
        <w:t>ru</w:t>
      </w:r>
      <w:r w:rsidRPr="002E356C">
        <w:rPr>
          <w:rFonts w:cs="Times New Roman"/>
          <w:szCs w:val="24"/>
          <w:lang w:val="ru-RU"/>
        </w:rPr>
        <w:t xml:space="preserve"> с пометкой «Актуализация персональных данных».</w:t>
      </w:r>
    </w:p>
    <w:p w14:paraId="17BE34A4" w14:textId="22CD36BC" w:rsidR="00F755EF"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7.6.</w:t>
      </w:r>
      <w:r w:rsidR="008C56AC">
        <w:rPr>
          <w:rFonts w:cs="Times New Roman"/>
          <w:szCs w:val="24"/>
          <w:lang w:val="ru-RU"/>
        </w:rPr>
        <w:t>4</w:t>
      </w:r>
      <w:r w:rsidR="00F76703" w:rsidRPr="002E356C">
        <w:rPr>
          <w:rFonts w:cs="Times New Roman"/>
          <w:szCs w:val="24"/>
          <w:lang w:val="ru-RU"/>
        </w:rPr>
        <w:t xml:space="preserve">. </w:t>
      </w:r>
      <w:r w:rsidR="00AC78A2">
        <w:rPr>
          <w:rFonts w:cs="Times New Roman"/>
          <w:szCs w:val="24"/>
          <w:lang w:val="ru-RU"/>
        </w:rPr>
        <w:t>П</w:t>
      </w:r>
      <w:r w:rsidR="00AC78A2" w:rsidRPr="0056141D">
        <w:rPr>
          <w:rFonts w:cs="Times New Roman"/>
          <w:szCs w:val="24"/>
          <w:lang w:val="ru-RU"/>
        </w:rPr>
        <w:t xml:space="preserve">ользователь вправе отозвать согласие на обработку персональных данных, направив уведомление на адрес </w:t>
      </w:r>
      <w:r w:rsidR="00AC78A2" w:rsidRPr="00AC78A2">
        <w:rPr>
          <w:rFonts w:cs="Times New Roman"/>
          <w:szCs w:val="24"/>
        </w:rPr>
        <w:t>mail</w:t>
      </w:r>
      <w:r w:rsidR="00AC78A2" w:rsidRPr="0056141D">
        <w:rPr>
          <w:rFonts w:cs="Times New Roman"/>
          <w:szCs w:val="24"/>
          <w:lang w:val="ru-RU"/>
        </w:rPr>
        <w:t>@</w:t>
      </w:r>
      <w:r w:rsidR="00AC78A2" w:rsidRPr="00AC78A2">
        <w:rPr>
          <w:rFonts w:cs="Times New Roman"/>
          <w:szCs w:val="24"/>
        </w:rPr>
        <w:t>fond</w:t>
      </w:r>
      <w:r w:rsidR="00AC78A2" w:rsidRPr="0056141D">
        <w:rPr>
          <w:rFonts w:cs="Times New Roman"/>
          <w:szCs w:val="24"/>
          <w:lang w:val="ru-RU"/>
        </w:rPr>
        <w:t>87.</w:t>
      </w:r>
      <w:r w:rsidR="00AC78A2" w:rsidRPr="00AC78A2">
        <w:rPr>
          <w:rFonts w:cs="Times New Roman"/>
          <w:szCs w:val="24"/>
        </w:rPr>
        <w:t>ru</w:t>
      </w:r>
      <w:r w:rsidR="00AC78A2" w:rsidRPr="0056141D">
        <w:rPr>
          <w:rFonts w:cs="Times New Roman"/>
          <w:szCs w:val="24"/>
          <w:lang w:val="ru-RU"/>
        </w:rPr>
        <w:t xml:space="preserve"> с пометкой «Отзыв согласия на обработку персональных </w:t>
      </w:r>
      <w:r w:rsidR="00AC78A2" w:rsidRPr="0056141D">
        <w:rPr>
          <w:rFonts w:cs="Times New Roman"/>
          <w:szCs w:val="24"/>
          <w:lang w:val="ru-RU"/>
        </w:rPr>
        <w:lastRenderedPageBreak/>
        <w:t>данных». Оператор рассматривает такое обращение и принимает решение в порядке и сроки, установленные законодательством Российской Федерации.</w:t>
      </w:r>
      <w:r w:rsidR="00AC78A2">
        <w:rPr>
          <w:rFonts w:cs="Times New Roman"/>
          <w:szCs w:val="24"/>
          <w:lang w:val="ru-RU"/>
        </w:rPr>
        <w:t xml:space="preserve"> </w:t>
      </w:r>
    </w:p>
    <w:p w14:paraId="51C475E9" w14:textId="1B2160FB" w:rsidR="00F76703" w:rsidRPr="002E356C" w:rsidRDefault="00D32B42" w:rsidP="00F76703">
      <w:pPr>
        <w:spacing w:after="0" w:line="240" w:lineRule="auto"/>
        <w:ind w:firstLine="567"/>
        <w:jc w:val="both"/>
        <w:rPr>
          <w:rFonts w:cs="Times New Roman"/>
          <w:szCs w:val="24"/>
          <w:lang w:val="ru-RU"/>
        </w:rPr>
      </w:pPr>
      <w:r>
        <w:rPr>
          <w:rFonts w:cs="Times New Roman"/>
          <w:szCs w:val="24"/>
          <w:lang w:val="ru-RU"/>
        </w:rPr>
        <w:t xml:space="preserve">  </w:t>
      </w:r>
    </w:p>
    <w:p w14:paraId="6993DBE9" w14:textId="77777777" w:rsidR="00D85378" w:rsidRPr="002E356C" w:rsidRDefault="008B61D4" w:rsidP="00F76703">
      <w:pPr>
        <w:ind w:firstLine="567"/>
        <w:jc w:val="center"/>
        <w:rPr>
          <w:rFonts w:cs="Times New Roman"/>
          <w:b/>
          <w:bCs/>
          <w:szCs w:val="24"/>
          <w:lang w:val="ru-RU"/>
        </w:rPr>
      </w:pPr>
      <w:r w:rsidRPr="002E356C">
        <w:rPr>
          <w:rFonts w:cs="Times New Roman"/>
          <w:b/>
          <w:bCs/>
          <w:szCs w:val="24"/>
          <w:lang w:val="ru-RU"/>
        </w:rPr>
        <w:t>8. Обеспечение безопасности персональных данных</w:t>
      </w:r>
    </w:p>
    <w:p w14:paraId="7A7CF337" w14:textId="048FBE83" w:rsidR="00F845FF"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8.1. </w:t>
      </w:r>
      <w:r w:rsidR="00F845FF">
        <w:rPr>
          <w:rFonts w:cs="Times New Roman"/>
          <w:szCs w:val="24"/>
          <w:lang w:val="ru-RU"/>
        </w:rPr>
        <w:t xml:space="preserve">Оператор </w:t>
      </w:r>
      <w:r w:rsidRPr="002E356C">
        <w:rPr>
          <w:rFonts w:cs="Times New Roman"/>
          <w:szCs w:val="24"/>
          <w:lang w:val="ru-RU"/>
        </w:rPr>
        <w:t>при обработке персональных данных принимает необходимые правовые, организационные и технические меры для защиты персональных данных</w:t>
      </w:r>
      <w:r w:rsidR="00F845FF">
        <w:rPr>
          <w:rFonts w:cs="Times New Roman"/>
          <w:szCs w:val="24"/>
          <w:lang w:val="ru-RU"/>
        </w:rPr>
        <w:t xml:space="preserve"> пользователей Веб-сайтов</w:t>
      </w:r>
      <w:r w:rsidR="00D32B42">
        <w:rPr>
          <w:rFonts w:cs="Times New Roman"/>
          <w:szCs w:val="24"/>
          <w:lang w:val="ru-RU"/>
        </w:rPr>
        <w:t xml:space="preserve"> </w:t>
      </w:r>
      <w:r w:rsidRPr="002E356C">
        <w:rPr>
          <w:rFonts w:cs="Times New Roman"/>
          <w:szCs w:val="24"/>
          <w:lang w:val="ru-RU"/>
        </w:rPr>
        <w:t xml:space="preserve">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p>
    <w:p w14:paraId="0EF49F85" w14:textId="51049DBC" w:rsidR="00F76703" w:rsidRPr="002E356C" w:rsidRDefault="00F845FF" w:rsidP="00F76703">
      <w:pPr>
        <w:spacing w:after="0" w:line="240" w:lineRule="auto"/>
        <w:ind w:firstLine="567"/>
        <w:jc w:val="both"/>
        <w:rPr>
          <w:rFonts w:cs="Times New Roman"/>
          <w:szCs w:val="24"/>
          <w:lang w:val="ru-RU"/>
        </w:rPr>
      </w:pPr>
      <w:r>
        <w:rPr>
          <w:rFonts w:cs="Times New Roman"/>
          <w:szCs w:val="24"/>
          <w:lang w:val="ru-RU"/>
        </w:rPr>
        <w:t>8.2. М</w:t>
      </w:r>
      <w:r w:rsidRPr="0056141D">
        <w:rPr>
          <w:rFonts w:cs="Times New Roman"/>
          <w:szCs w:val="24"/>
          <w:lang w:val="ru-RU"/>
        </w:rPr>
        <w:t>еры включаю</w:t>
      </w:r>
      <w:r>
        <w:rPr>
          <w:rFonts w:cs="Times New Roman"/>
          <w:szCs w:val="24"/>
          <w:lang w:val="ru-RU"/>
        </w:rPr>
        <w:t xml:space="preserve">т: </w:t>
      </w:r>
    </w:p>
    <w:p w14:paraId="4570FC27" w14:textId="77777777" w:rsidR="00F76703"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 назначение лица, ответственного за организацию обработки персональных данных; </w:t>
      </w:r>
    </w:p>
    <w:p w14:paraId="7A0A0FA8" w14:textId="77777777" w:rsidR="00F845FF" w:rsidRDefault="008B61D4" w:rsidP="00F845FF">
      <w:pPr>
        <w:spacing w:after="0" w:line="240" w:lineRule="auto"/>
        <w:ind w:firstLine="567"/>
        <w:jc w:val="both"/>
        <w:rPr>
          <w:rFonts w:cs="Times New Roman"/>
          <w:szCs w:val="24"/>
          <w:lang w:val="ru-RU"/>
        </w:rPr>
      </w:pPr>
      <w:r w:rsidRPr="002E356C">
        <w:rPr>
          <w:rFonts w:cs="Times New Roman"/>
          <w:szCs w:val="24"/>
          <w:lang w:val="ru-RU"/>
        </w:rPr>
        <w:t xml:space="preserve">- </w:t>
      </w:r>
      <w:r w:rsidR="00F845FF" w:rsidRPr="0056141D">
        <w:rPr>
          <w:rFonts w:cs="Times New Roman"/>
          <w:szCs w:val="24"/>
          <w:lang w:val="ru-RU"/>
        </w:rPr>
        <w:t>ограничение доступа к персональным данным;</w:t>
      </w:r>
    </w:p>
    <w:p w14:paraId="0696B27E" w14:textId="77777777" w:rsidR="00F845FF" w:rsidRPr="0056141D" w:rsidRDefault="00F845FF" w:rsidP="00F845FF">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применение средств защиты информации;</w:t>
      </w:r>
    </w:p>
    <w:p w14:paraId="24B2CE3C" w14:textId="77777777" w:rsidR="00F845FF" w:rsidRDefault="00F845FF" w:rsidP="00F845FF">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выявление фактов несанкционированного доступа к персональным данным и принятие мер по устранению последствий таких инцидентов;</w:t>
      </w:r>
    </w:p>
    <w:p w14:paraId="56014174" w14:textId="0938EF02" w:rsidR="00F845FF" w:rsidRDefault="00F845FF" w:rsidP="00F845FF">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контроль за принимаемыми мерами по обеспечению безопасности персональных данных;</w:t>
      </w:r>
    </w:p>
    <w:p w14:paraId="1550C743" w14:textId="44C6E8A5" w:rsidR="00F845FF" w:rsidRPr="00F845FF" w:rsidRDefault="00F845FF" w:rsidP="00F845FF">
      <w:pPr>
        <w:spacing w:after="0" w:line="240" w:lineRule="auto"/>
        <w:ind w:firstLine="567"/>
        <w:jc w:val="both"/>
        <w:rPr>
          <w:rFonts w:cs="Times New Roman"/>
          <w:szCs w:val="24"/>
          <w:lang w:val="ru-RU"/>
        </w:rPr>
      </w:pPr>
      <w:r>
        <w:rPr>
          <w:rFonts w:cs="Times New Roman"/>
          <w:szCs w:val="24"/>
          <w:lang w:val="ru-RU"/>
        </w:rPr>
        <w:t xml:space="preserve">- </w:t>
      </w:r>
      <w:r w:rsidRPr="0056141D">
        <w:rPr>
          <w:rFonts w:cs="Times New Roman"/>
          <w:szCs w:val="24"/>
          <w:lang w:val="ru-RU"/>
        </w:rPr>
        <w:t>иные меры, предусмотренные законодательством Российской Федерации в области персональных данных.</w:t>
      </w:r>
    </w:p>
    <w:p w14:paraId="461FDED7" w14:textId="77777777" w:rsidR="00F76703" w:rsidRPr="002E356C" w:rsidRDefault="00F76703" w:rsidP="009B06F6">
      <w:pPr>
        <w:spacing w:after="0" w:line="240" w:lineRule="auto"/>
        <w:ind w:firstLine="567"/>
        <w:jc w:val="both"/>
        <w:rPr>
          <w:rFonts w:cs="Times New Roman"/>
          <w:szCs w:val="24"/>
          <w:lang w:val="ru-RU"/>
        </w:rPr>
      </w:pPr>
    </w:p>
    <w:p w14:paraId="578F4FC5" w14:textId="77777777" w:rsidR="00A9196E" w:rsidRDefault="00A9196E" w:rsidP="00F76703">
      <w:pPr>
        <w:ind w:firstLine="567"/>
        <w:jc w:val="center"/>
        <w:rPr>
          <w:rFonts w:cs="Times New Roman"/>
          <w:b/>
          <w:bCs/>
          <w:szCs w:val="24"/>
          <w:lang w:val="ru-RU"/>
        </w:rPr>
      </w:pPr>
    </w:p>
    <w:p w14:paraId="0803AEF1" w14:textId="3AFBFEAE" w:rsidR="00D85378" w:rsidRPr="002E356C" w:rsidRDefault="008B61D4" w:rsidP="00F76703">
      <w:pPr>
        <w:ind w:firstLine="567"/>
        <w:jc w:val="center"/>
        <w:rPr>
          <w:rFonts w:cs="Times New Roman"/>
          <w:b/>
          <w:bCs/>
          <w:szCs w:val="24"/>
          <w:lang w:val="ru-RU"/>
        </w:rPr>
      </w:pPr>
      <w:r w:rsidRPr="002E356C">
        <w:rPr>
          <w:rFonts w:cs="Times New Roman"/>
          <w:b/>
          <w:bCs/>
          <w:szCs w:val="24"/>
          <w:lang w:val="ru-RU"/>
        </w:rPr>
        <w:t>9. Актуализация, исправление, удаление и уничтожение персональных данных</w:t>
      </w:r>
    </w:p>
    <w:p w14:paraId="55A5C834" w14:textId="77777777" w:rsidR="00F845FF" w:rsidRDefault="008B61D4" w:rsidP="00F845FF">
      <w:pPr>
        <w:spacing w:after="0" w:line="240" w:lineRule="auto"/>
        <w:ind w:firstLine="567"/>
        <w:jc w:val="both"/>
        <w:rPr>
          <w:rFonts w:cs="Times New Roman"/>
          <w:szCs w:val="24"/>
          <w:lang w:val="ru-RU"/>
        </w:rPr>
      </w:pPr>
      <w:r w:rsidRPr="002E356C">
        <w:rPr>
          <w:rFonts w:cs="Times New Roman"/>
          <w:szCs w:val="24"/>
          <w:lang w:val="ru-RU"/>
        </w:rPr>
        <w:t xml:space="preserve">9.1. </w:t>
      </w:r>
      <w:r w:rsidR="00F845FF" w:rsidRPr="0056141D">
        <w:rPr>
          <w:rFonts w:cs="Times New Roman"/>
          <w:szCs w:val="24"/>
          <w:lang w:val="ru-RU"/>
        </w:rPr>
        <w:t>Пользователь вправе обратиться к Оператору с требованием об уточнении, блокировании или уничтожении своих персональных данных, если они являются неполными, устаревшими, неточными, незаконно полученными или не являются необходимыми для заявленной цели обработки.</w:t>
      </w:r>
    </w:p>
    <w:p w14:paraId="72D9AAEF" w14:textId="77777777" w:rsidR="00F845FF" w:rsidRDefault="00F845FF" w:rsidP="00F845FF">
      <w:pPr>
        <w:spacing w:after="0" w:line="240" w:lineRule="auto"/>
        <w:ind w:firstLine="567"/>
        <w:jc w:val="both"/>
        <w:rPr>
          <w:rFonts w:cs="Times New Roman"/>
          <w:szCs w:val="24"/>
          <w:lang w:val="ru-RU"/>
        </w:rPr>
      </w:pPr>
      <w:r>
        <w:rPr>
          <w:rFonts w:cs="Times New Roman"/>
          <w:szCs w:val="24"/>
          <w:lang w:val="ru-RU"/>
        </w:rPr>
        <w:t xml:space="preserve">9.2. </w:t>
      </w:r>
      <w:r w:rsidRPr="0056141D">
        <w:rPr>
          <w:rFonts w:cs="Times New Roman"/>
          <w:szCs w:val="24"/>
          <w:lang w:val="ru-RU"/>
        </w:rPr>
        <w:t>Оператор рассматривает обращения субъектов персональных данных и принимает решения по ним в сроки, установленные законодательством Российской Федерации.</w:t>
      </w:r>
    </w:p>
    <w:p w14:paraId="6EA7E9E8" w14:textId="3A36A791" w:rsidR="00F845FF" w:rsidRDefault="00F845FF" w:rsidP="00F845FF">
      <w:pPr>
        <w:spacing w:after="0" w:line="240" w:lineRule="auto"/>
        <w:ind w:firstLine="567"/>
        <w:jc w:val="both"/>
        <w:rPr>
          <w:rFonts w:cs="Times New Roman"/>
          <w:szCs w:val="24"/>
          <w:lang w:val="ru-RU"/>
        </w:rPr>
      </w:pPr>
      <w:r>
        <w:rPr>
          <w:rFonts w:cs="Times New Roman"/>
          <w:szCs w:val="24"/>
          <w:lang w:val="ru-RU"/>
        </w:rPr>
        <w:t xml:space="preserve">9.3. </w:t>
      </w:r>
      <w:r w:rsidR="00E121B5">
        <w:rPr>
          <w:rFonts w:cs="Times New Roman"/>
          <w:szCs w:val="24"/>
          <w:lang w:val="ru-RU"/>
        </w:rPr>
        <w:t>П</w:t>
      </w:r>
      <w:r w:rsidR="00E121B5" w:rsidRPr="005045E0">
        <w:rPr>
          <w:rFonts w:cs="Times New Roman"/>
          <w:szCs w:val="24"/>
          <w:lang w:val="ru-RU"/>
        </w:rPr>
        <w:t>ерсональные данные подлежат уничтожению при достижении целей их обработки или утрате необходимости в их достижении, при отзыве субъектом персональных данных согласия, если отсутствует иное законное основание для продолжения обработки, а также в иных случаях, предусмотренных законодательством Российской Федерации.</w:t>
      </w:r>
    </w:p>
    <w:p w14:paraId="404CD172" w14:textId="3E1EF0AC" w:rsidR="00D85378" w:rsidRPr="002E356C" w:rsidRDefault="00F845FF" w:rsidP="00F845FF">
      <w:pPr>
        <w:spacing w:after="0" w:line="240" w:lineRule="auto"/>
        <w:ind w:firstLine="567"/>
        <w:jc w:val="both"/>
        <w:rPr>
          <w:rFonts w:cs="Times New Roman"/>
          <w:szCs w:val="24"/>
          <w:lang w:val="ru-RU"/>
        </w:rPr>
      </w:pPr>
      <w:r>
        <w:rPr>
          <w:rFonts w:cs="Times New Roman"/>
          <w:szCs w:val="24"/>
          <w:lang w:val="ru-RU"/>
        </w:rPr>
        <w:t xml:space="preserve">9.4. </w:t>
      </w:r>
      <w:r w:rsidR="00E121B5" w:rsidRPr="005045E0">
        <w:rPr>
          <w:rFonts w:cs="Times New Roman"/>
          <w:szCs w:val="24"/>
          <w:lang w:val="ru-RU"/>
        </w:rPr>
        <w:t>При достижении цели обработки Оператор прекращает обработку персональных данных и обеспечивает их уничтожение в срок, не превышающий 30 дней с даты достижения цели обработки, если иное не предусмотрено законодательством Российской Федерации, договором или иным соглашением с субъектом персональных данных либо если Оператор вправе продолжить обработку персональных данных без согласия субъекта на ином предусмотренном законом основании.</w:t>
      </w:r>
    </w:p>
    <w:p w14:paraId="46C60EFA" w14:textId="51B5EA71" w:rsidR="00343C57" w:rsidRDefault="00343C57" w:rsidP="00F76703">
      <w:pPr>
        <w:spacing w:after="0" w:line="240" w:lineRule="auto"/>
        <w:ind w:firstLine="567"/>
        <w:jc w:val="both"/>
        <w:rPr>
          <w:rFonts w:cs="Times New Roman"/>
          <w:szCs w:val="24"/>
          <w:lang w:val="ru-RU"/>
        </w:rPr>
      </w:pPr>
      <w:r w:rsidRPr="002E356C">
        <w:rPr>
          <w:rFonts w:cs="Times New Roman"/>
          <w:szCs w:val="24"/>
          <w:lang w:val="ru-RU"/>
        </w:rPr>
        <w:t>9.5.</w:t>
      </w:r>
      <w:r w:rsidR="00E121B5" w:rsidRPr="005045E0">
        <w:rPr>
          <w:lang w:val="ru-RU"/>
        </w:rPr>
        <w:t xml:space="preserve"> </w:t>
      </w:r>
      <w:r w:rsidR="00E121B5" w:rsidRPr="005045E0">
        <w:rPr>
          <w:rFonts w:cs="Times New Roman"/>
          <w:szCs w:val="24"/>
          <w:lang w:val="ru-RU"/>
        </w:rPr>
        <w:t xml:space="preserve">При отзыве субъектом персональных данных согласия Оператор прекращает обработку персональных данных, осуществлявшуюся на основании такого согласия, и, </w:t>
      </w:r>
      <w:r w:rsidR="006A7658" w:rsidRPr="005045E0">
        <w:rPr>
          <w:rFonts w:cs="Times New Roman"/>
          <w:szCs w:val="24"/>
          <w:lang w:val="ru-RU"/>
        </w:rPr>
        <w:t>если отсутствует иное предусмотренное законодательством Российской Федерации основание для дальнейшей обработки,</w:t>
      </w:r>
      <w:r w:rsidR="00E121B5" w:rsidRPr="005045E0">
        <w:rPr>
          <w:rFonts w:cs="Times New Roman"/>
          <w:szCs w:val="24"/>
          <w:lang w:val="ru-RU"/>
        </w:rPr>
        <w:t>обеспечивает их уничтожение в срок, не превышающий 30 дней с даты получения отзыва.</w:t>
      </w:r>
    </w:p>
    <w:p w14:paraId="5BA5C95B" w14:textId="17549565" w:rsidR="00E121B5" w:rsidRDefault="00E121B5" w:rsidP="00F76703">
      <w:pPr>
        <w:spacing w:after="0" w:line="240" w:lineRule="auto"/>
        <w:ind w:firstLine="567"/>
        <w:jc w:val="both"/>
        <w:rPr>
          <w:rFonts w:cs="Times New Roman"/>
          <w:szCs w:val="24"/>
          <w:lang w:val="ru-RU"/>
        </w:rPr>
      </w:pPr>
      <w:r>
        <w:rPr>
          <w:rFonts w:cs="Times New Roman"/>
          <w:szCs w:val="24"/>
          <w:lang w:val="ru-RU"/>
        </w:rPr>
        <w:t>9.6. У</w:t>
      </w:r>
      <w:r w:rsidRPr="005045E0">
        <w:rPr>
          <w:rFonts w:cs="Times New Roman"/>
          <w:szCs w:val="24"/>
          <w:lang w:val="ru-RU"/>
        </w:rPr>
        <w:t>ничтожение персональных данных, обрабатываемых с использованием средств автоматизации, осуществляется путем удаления персональных данных из информационных систем, почтовых систем и иных электронных ресурсов, находящихся под контролем Оператора, способом, исключающим возможность восстановления их содержания. При обработке персональных данных без использования средств автоматизации материальные носители уничтожаются способом, исключающим дальнейшее использование содержащихся на них персональных данных.</w:t>
      </w:r>
    </w:p>
    <w:p w14:paraId="637F5C3D" w14:textId="1B55B6F0" w:rsidR="00E121B5" w:rsidRDefault="00E121B5" w:rsidP="00F76703">
      <w:pPr>
        <w:spacing w:after="0" w:line="240" w:lineRule="auto"/>
        <w:ind w:firstLine="567"/>
        <w:jc w:val="both"/>
        <w:rPr>
          <w:rFonts w:cs="Times New Roman"/>
          <w:szCs w:val="24"/>
          <w:lang w:val="ru-RU"/>
        </w:rPr>
      </w:pPr>
      <w:r>
        <w:rPr>
          <w:rFonts w:cs="Times New Roman"/>
          <w:szCs w:val="24"/>
          <w:lang w:val="ru-RU"/>
        </w:rPr>
        <w:t xml:space="preserve">9.7. </w:t>
      </w:r>
      <w:r w:rsidRPr="005045E0">
        <w:rPr>
          <w:rFonts w:cs="Times New Roman"/>
          <w:szCs w:val="24"/>
          <w:lang w:val="ru-RU"/>
        </w:rPr>
        <w:t>Если обработка персональных данных осуществляется лицом по поручению Оператора, Оператор обеспечивает прекращение обработки и уничтожение персональных данных таким лицом в случаях и сроки, предусмотренные законодательством Российской Федерации и соответствующим поручением.</w:t>
      </w:r>
    </w:p>
    <w:p w14:paraId="73DE080F" w14:textId="612465F7" w:rsidR="00E121B5" w:rsidRDefault="00E121B5" w:rsidP="00F76703">
      <w:pPr>
        <w:spacing w:after="0" w:line="240" w:lineRule="auto"/>
        <w:ind w:firstLine="567"/>
        <w:jc w:val="both"/>
        <w:rPr>
          <w:rFonts w:cs="Times New Roman"/>
          <w:szCs w:val="24"/>
          <w:lang w:val="ru-RU"/>
        </w:rPr>
      </w:pPr>
      <w:r>
        <w:rPr>
          <w:rFonts w:cs="Times New Roman"/>
          <w:szCs w:val="24"/>
          <w:lang w:val="ru-RU"/>
        </w:rPr>
        <w:lastRenderedPageBreak/>
        <w:t xml:space="preserve">9.8. </w:t>
      </w:r>
      <w:r w:rsidRPr="005045E0">
        <w:rPr>
          <w:rFonts w:cs="Times New Roman"/>
          <w:szCs w:val="24"/>
          <w:lang w:val="ru-RU"/>
        </w:rPr>
        <w:t>В случае отсутствия возможности уничтожения персональных данных в установленный законодательством срок Оператор обеспечивает их блокирование и последующее уничтожение в срок не более шести месяцев, если иной срок не установлен федеральным законом.</w:t>
      </w:r>
    </w:p>
    <w:p w14:paraId="3BEDEAA9" w14:textId="11DBD56F" w:rsidR="00E121B5" w:rsidRPr="00E121B5" w:rsidRDefault="00E121B5" w:rsidP="00F76703">
      <w:pPr>
        <w:spacing w:after="0" w:line="240" w:lineRule="auto"/>
        <w:ind w:firstLine="567"/>
        <w:jc w:val="both"/>
        <w:rPr>
          <w:rFonts w:cs="Times New Roman"/>
          <w:szCs w:val="24"/>
          <w:lang w:val="ru-RU"/>
        </w:rPr>
      </w:pPr>
      <w:r>
        <w:rPr>
          <w:rFonts w:cs="Times New Roman"/>
          <w:szCs w:val="24"/>
          <w:lang w:val="ru-RU"/>
        </w:rPr>
        <w:t xml:space="preserve">9.9. </w:t>
      </w:r>
      <w:r w:rsidRPr="005045E0">
        <w:rPr>
          <w:rFonts w:cs="Times New Roman"/>
          <w:szCs w:val="24"/>
          <w:lang w:val="ru-RU"/>
        </w:rPr>
        <w:t>Факт уничтожения персональных данных подтверждается в порядке, установленном нормативными правовыми актами уполномоченного органа по защите прав субъектов персональных данных.</w:t>
      </w:r>
    </w:p>
    <w:p w14:paraId="35CCCA52" w14:textId="77777777" w:rsidR="00F76703" w:rsidRPr="002E356C" w:rsidRDefault="00F76703" w:rsidP="00F76703">
      <w:pPr>
        <w:spacing w:after="0" w:line="240" w:lineRule="auto"/>
        <w:ind w:firstLine="567"/>
        <w:jc w:val="both"/>
        <w:rPr>
          <w:rFonts w:cs="Times New Roman"/>
          <w:szCs w:val="24"/>
          <w:lang w:val="ru-RU"/>
        </w:rPr>
      </w:pPr>
    </w:p>
    <w:p w14:paraId="34211CDC" w14:textId="755CF4D7" w:rsidR="00F76703" w:rsidRPr="002E356C" w:rsidRDefault="008B61D4" w:rsidP="00F76703">
      <w:pPr>
        <w:ind w:firstLine="567"/>
        <w:jc w:val="center"/>
        <w:rPr>
          <w:rFonts w:cs="Times New Roman"/>
          <w:b/>
          <w:bCs/>
          <w:szCs w:val="24"/>
          <w:lang w:val="ru-RU"/>
        </w:rPr>
      </w:pPr>
      <w:r w:rsidRPr="002E356C">
        <w:rPr>
          <w:rFonts w:cs="Times New Roman"/>
          <w:b/>
          <w:bCs/>
          <w:szCs w:val="24"/>
          <w:lang w:val="ru-RU"/>
        </w:rPr>
        <w:t>10. Пересмотр положений политики</w:t>
      </w:r>
    </w:p>
    <w:p w14:paraId="03F28912" w14:textId="77777777" w:rsidR="00F76703"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Пересмотр положений настоящей Политики проводится: </w:t>
      </w:r>
    </w:p>
    <w:p w14:paraId="16BB3CE1" w14:textId="77777777" w:rsidR="00F76703"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 при изменении законодательства Российской Федерации в области персональных данных; </w:t>
      </w:r>
    </w:p>
    <w:p w14:paraId="3A60C547" w14:textId="77777777" w:rsidR="00F76703"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 в случаях выявления несоответствий, затрагивающих обработку персональных данных; </w:t>
      </w:r>
    </w:p>
    <w:p w14:paraId="3153D246" w14:textId="77777777" w:rsidR="00F76703"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 по результатам контроля выполнения требований по обработке и защите персональных данных; </w:t>
      </w:r>
    </w:p>
    <w:p w14:paraId="5E0BDC07" w14:textId="12117E55" w:rsidR="00D85378" w:rsidRPr="002E356C" w:rsidRDefault="008B61D4" w:rsidP="00F76703">
      <w:pPr>
        <w:spacing w:after="0" w:line="240" w:lineRule="auto"/>
        <w:ind w:firstLine="567"/>
        <w:jc w:val="both"/>
        <w:rPr>
          <w:rFonts w:cs="Times New Roman"/>
          <w:szCs w:val="24"/>
          <w:lang w:val="ru-RU"/>
        </w:rPr>
      </w:pPr>
      <w:r w:rsidRPr="002E356C">
        <w:rPr>
          <w:rFonts w:cs="Times New Roman"/>
          <w:szCs w:val="24"/>
          <w:lang w:val="ru-RU"/>
        </w:rPr>
        <w:t xml:space="preserve">- по решению </w:t>
      </w:r>
      <w:r w:rsidR="00F37623" w:rsidRPr="002E356C">
        <w:rPr>
          <w:rFonts w:cs="Times New Roman"/>
          <w:szCs w:val="24"/>
          <w:lang w:val="ru-RU"/>
        </w:rPr>
        <w:t xml:space="preserve">директора </w:t>
      </w:r>
      <w:r w:rsidRPr="002E356C">
        <w:rPr>
          <w:rFonts w:cs="Times New Roman"/>
          <w:szCs w:val="24"/>
          <w:lang w:val="ru-RU"/>
        </w:rPr>
        <w:t>Организации.</w:t>
      </w:r>
    </w:p>
    <w:p w14:paraId="0471A981" w14:textId="77777777" w:rsidR="00F76703" w:rsidRPr="002E356C" w:rsidRDefault="00F76703" w:rsidP="00F76703">
      <w:pPr>
        <w:spacing w:after="0" w:line="240" w:lineRule="auto"/>
        <w:ind w:firstLine="567"/>
        <w:jc w:val="both"/>
        <w:rPr>
          <w:rFonts w:cs="Times New Roman"/>
          <w:szCs w:val="24"/>
          <w:lang w:val="ru-RU"/>
        </w:rPr>
      </w:pPr>
    </w:p>
    <w:p w14:paraId="46771A21" w14:textId="502A667E" w:rsidR="00D85378" w:rsidRPr="002E356C" w:rsidRDefault="00D85378" w:rsidP="00AF12E8">
      <w:pPr>
        <w:spacing w:after="0" w:line="240" w:lineRule="auto"/>
        <w:ind w:firstLine="567"/>
        <w:jc w:val="both"/>
        <w:rPr>
          <w:rFonts w:cs="Times New Roman"/>
          <w:szCs w:val="24"/>
          <w:lang w:val="ru-RU"/>
        </w:rPr>
      </w:pPr>
    </w:p>
    <w:sectPr w:rsidR="00D85378" w:rsidRPr="002E356C" w:rsidSect="00B57BCC">
      <w:footerReference w:type="default" r:id="rId22"/>
      <w:pgSz w:w="12240" w:h="15840"/>
      <w:pgMar w:top="720" w:right="720" w:bottom="720" w:left="993"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C94CC" w14:textId="77777777" w:rsidR="00C715FF" w:rsidRDefault="00C715FF" w:rsidP="00B57BCC">
      <w:pPr>
        <w:spacing w:after="0" w:line="240" w:lineRule="auto"/>
      </w:pPr>
      <w:r>
        <w:separator/>
      </w:r>
    </w:p>
  </w:endnote>
  <w:endnote w:type="continuationSeparator" w:id="0">
    <w:p w14:paraId="0CB92134" w14:textId="77777777" w:rsidR="00C715FF" w:rsidRDefault="00C715FF" w:rsidP="00B57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51269"/>
      <w:docPartObj>
        <w:docPartGallery w:val="Page Numbers (Bottom of Page)"/>
        <w:docPartUnique/>
      </w:docPartObj>
    </w:sdtPr>
    <w:sdtEndPr/>
    <w:sdtContent>
      <w:p w14:paraId="703B0CF7" w14:textId="4A7FCD1E" w:rsidR="00B57BCC" w:rsidRDefault="00B57BCC">
        <w:pPr>
          <w:pStyle w:val="a7"/>
          <w:jc w:val="right"/>
        </w:pPr>
        <w:r>
          <w:fldChar w:fldCharType="begin"/>
        </w:r>
        <w:r>
          <w:instrText>PAGE   \* MERGEFORMAT</w:instrText>
        </w:r>
        <w:r>
          <w:fldChar w:fldCharType="separate"/>
        </w:r>
        <w:r w:rsidR="00F14869" w:rsidRPr="00F14869">
          <w:rPr>
            <w:noProof/>
            <w:lang w:val="ru-RU"/>
          </w:rPr>
          <w:t>2</w:t>
        </w:r>
        <w:r>
          <w:fldChar w:fldCharType="end"/>
        </w:r>
      </w:p>
    </w:sdtContent>
  </w:sdt>
  <w:p w14:paraId="014D2D0F" w14:textId="77777777" w:rsidR="00B57BCC" w:rsidRDefault="00B57B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1751E" w14:textId="77777777" w:rsidR="00C715FF" w:rsidRDefault="00C715FF" w:rsidP="00B57BCC">
      <w:pPr>
        <w:spacing w:after="0" w:line="240" w:lineRule="auto"/>
      </w:pPr>
      <w:r>
        <w:separator/>
      </w:r>
    </w:p>
  </w:footnote>
  <w:footnote w:type="continuationSeparator" w:id="0">
    <w:p w14:paraId="4CCD6878" w14:textId="77777777" w:rsidR="00C715FF" w:rsidRDefault="00C715FF" w:rsidP="00B57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63B36B7"/>
    <w:multiLevelType w:val="multilevel"/>
    <w:tmpl w:val="B234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6D701D"/>
    <w:multiLevelType w:val="multilevel"/>
    <w:tmpl w:val="A4A4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1D4"/>
    <w:rsid w:val="00034616"/>
    <w:rsid w:val="00047385"/>
    <w:rsid w:val="0006063C"/>
    <w:rsid w:val="00081A34"/>
    <w:rsid w:val="000854D4"/>
    <w:rsid w:val="00085B3F"/>
    <w:rsid w:val="000A04D7"/>
    <w:rsid w:val="000D7759"/>
    <w:rsid w:val="000D78FE"/>
    <w:rsid w:val="000F23DA"/>
    <w:rsid w:val="0015074B"/>
    <w:rsid w:val="0017548E"/>
    <w:rsid w:val="001836D9"/>
    <w:rsid w:val="00190675"/>
    <w:rsid w:val="001B79F3"/>
    <w:rsid w:val="001F773E"/>
    <w:rsid w:val="002006A9"/>
    <w:rsid w:val="00210E1E"/>
    <w:rsid w:val="0022312D"/>
    <w:rsid w:val="00252AFF"/>
    <w:rsid w:val="00261D09"/>
    <w:rsid w:val="0029639D"/>
    <w:rsid w:val="002A6EED"/>
    <w:rsid w:val="002C722F"/>
    <w:rsid w:val="002D1F38"/>
    <w:rsid w:val="002E356C"/>
    <w:rsid w:val="002E60F8"/>
    <w:rsid w:val="00326F90"/>
    <w:rsid w:val="00343C57"/>
    <w:rsid w:val="0035676B"/>
    <w:rsid w:val="00362CF8"/>
    <w:rsid w:val="00396FBA"/>
    <w:rsid w:val="003B327A"/>
    <w:rsid w:val="003D34F3"/>
    <w:rsid w:val="003E14EB"/>
    <w:rsid w:val="003E5FAF"/>
    <w:rsid w:val="003F712D"/>
    <w:rsid w:val="00406EA0"/>
    <w:rsid w:val="00424723"/>
    <w:rsid w:val="00466710"/>
    <w:rsid w:val="00485DA7"/>
    <w:rsid w:val="004B5111"/>
    <w:rsid w:val="004C4C8E"/>
    <w:rsid w:val="005045E0"/>
    <w:rsid w:val="0050581F"/>
    <w:rsid w:val="00536578"/>
    <w:rsid w:val="005366EC"/>
    <w:rsid w:val="00550993"/>
    <w:rsid w:val="0056141D"/>
    <w:rsid w:val="00567C7D"/>
    <w:rsid w:val="005733E3"/>
    <w:rsid w:val="005A297E"/>
    <w:rsid w:val="005B041B"/>
    <w:rsid w:val="00610468"/>
    <w:rsid w:val="00630660"/>
    <w:rsid w:val="006532E8"/>
    <w:rsid w:val="00663670"/>
    <w:rsid w:val="006A17CC"/>
    <w:rsid w:val="006A7658"/>
    <w:rsid w:val="00713F73"/>
    <w:rsid w:val="00726B08"/>
    <w:rsid w:val="00734772"/>
    <w:rsid w:val="007B30DB"/>
    <w:rsid w:val="007E4575"/>
    <w:rsid w:val="007E5DB9"/>
    <w:rsid w:val="007E6402"/>
    <w:rsid w:val="007F2E33"/>
    <w:rsid w:val="00826698"/>
    <w:rsid w:val="00855452"/>
    <w:rsid w:val="00855906"/>
    <w:rsid w:val="00855F14"/>
    <w:rsid w:val="00861B63"/>
    <w:rsid w:val="0086720A"/>
    <w:rsid w:val="008A26C3"/>
    <w:rsid w:val="008A7773"/>
    <w:rsid w:val="008B0045"/>
    <w:rsid w:val="008B199F"/>
    <w:rsid w:val="008B61D4"/>
    <w:rsid w:val="008C3446"/>
    <w:rsid w:val="008C476E"/>
    <w:rsid w:val="008C56AC"/>
    <w:rsid w:val="008E3B1B"/>
    <w:rsid w:val="008F4B64"/>
    <w:rsid w:val="00901351"/>
    <w:rsid w:val="0097308C"/>
    <w:rsid w:val="009830D9"/>
    <w:rsid w:val="00996649"/>
    <w:rsid w:val="009A0142"/>
    <w:rsid w:val="009A1590"/>
    <w:rsid w:val="009A1D66"/>
    <w:rsid w:val="009A4F39"/>
    <w:rsid w:val="009B06F6"/>
    <w:rsid w:val="009B3E46"/>
    <w:rsid w:val="009C2150"/>
    <w:rsid w:val="009C3E34"/>
    <w:rsid w:val="009E61DF"/>
    <w:rsid w:val="00A0679B"/>
    <w:rsid w:val="00A077B9"/>
    <w:rsid w:val="00A641BC"/>
    <w:rsid w:val="00A74985"/>
    <w:rsid w:val="00A877CD"/>
    <w:rsid w:val="00A9196E"/>
    <w:rsid w:val="00A96374"/>
    <w:rsid w:val="00AA1D8D"/>
    <w:rsid w:val="00AC78A2"/>
    <w:rsid w:val="00AD7211"/>
    <w:rsid w:val="00AF12E8"/>
    <w:rsid w:val="00B0413D"/>
    <w:rsid w:val="00B47730"/>
    <w:rsid w:val="00B57BCC"/>
    <w:rsid w:val="00B64A71"/>
    <w:rsid w:val="00B67F4E"/>
    <w:rsid w:val="00B74E5D"/>
    <w:rsid w:val="00BB124B"/>
    <w:rsid w:val="00BC5BE3"/>
    <w:rsid w:val="00BE061A"/>
    <w:rsid w:val="00BF7711"/>
    <w:rsid w:val="00C007DA"/>
    <w:rsid w:val="00C06119"/>
    <w:rsid w:val="00C31819"/>
    <w:rsid w:val="00C715FF"/>
    <w:rsid w:val="00CB0664"/>
    <w:rsid w:val="00CC62EB"/>
    <w:rsid w:val="00CD4E23"/>
    <w:rsid w:val="00CE0074"/>
    <w:rsid w:val="00CF2F36"/>
    <w:rsid w:val="00D32B42"/>
    <w:rsid w:val="00D85378"/>
    <w:rsid w:val="00D87A35"/>
    <w:rsid w:val="00DC2816"/>
    <w:rsid w:val="00DD5D32"/>
    <w:rsid w:val="00DE5063"/>
    <w:rsid w:val="00DE7ACB"/>
    <w:rsid w:val="00DF5024"/>
    <w:rsid w:val="00DF6B25"/>
    <w:rsid w:val="00E121B5"/>
    <w:rsid w:val="00E201EC"/>
    <w:rsid w:val="00E41B9A"/>
    <w:rsid w:val="00E51CCB"/>
    <w:rsid w:val="00EB783F"/>
    <w:rsid w:val="00F05835"/>
    <w:rsid w:val="00F14869"/>
    <w:rsid w:val="00F263EC"/>
    <w:rsid w:val="00F37623"/>
    <w:rsid w:val="00F63A99"/>
    <w:rsid w:val="00F67CE0"/>
    <w:rsid w:val="00F755EF"/>
    <w:rsid w:val="00F76703"/>
    <w:rsid w:val="00F845FF"/>
    <w:rsid w:val="00F84FE2"/>
    <w:rsid w:val="00FC693F"/>
    <w:rsid w:val="00FE50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F9194"/>
  <w14:defaultImageDpi w14:val="300"/>
  <w15:docId w15:val="{DAA8B629-D747-48B6-BC64-A0436DBC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Revision"/>
    <w:hidden/>
    <w:uiPriority w:val="99"/>
    <w:semiHidden/>
    <w:rsid w:val="005B041B"/>
    <w:pPr>
      <w:spacing w:after="0" w:line="240" w:lineRule="auto"/>
    </w:pPr>
    <w:rPr>
      <w:rFonts w:ascii="Times New Roman" w:hAnsi="Times New Roman"/>
      <w:sz w:val="24"/>
    </w:rPr>
  </w:style>
  <w:style w:type="character" w:styleId="aff9">
    <w:name w:val="Hyperlink"/>
    <w:basedOn w:val="a2"/>
    <w:uiPriority w:val="99"/>
    <w:unhideWhenUsed/>
    <w:rsid w:val="00DC2816"/>
    <w:rPr>
      <w:color w:val="0000FF" w:themeColor="hyperlink"/>
      <w:u w:val="single"/>
    </w:rPr>
  </w:style>
  <w:style w:type="character" w:customStyle="1" w:styleId="14">
    <w:name w:val="Неразрешенное упоминание1"/>
    <w:basedOn w:val="a2"/>
    <w:uiPriority w:val="99"/>
    <w:semiHidden/>
    <w:unhideWhenUsed/>
    <w:rsid w:val="00DC2816"/>
    <w:rPr>
      <w:color w:val="605E5C"/>
      <w:shd w:val="clear" w:color="auto" w:fill="E1DFDD"/>
    </w:rPr>
  </w:style>
  <w:style w:type="character" w:styleId="affa">
    <w:name w:val="FollowedHyperlink"/>
    <w:basedOn w:val="a2"/>
    <w:uiPriority w:val="99"/>
    <w:semiHidden/>
    <w:unhideWhenUsed/>
    <w:rsid w:val="00DC2816"/>
    <w:rPr>
      <w:color w:val="800080" w:themeColor="followedHyperlink"/>
      <w:u w:val="single"/>
    </w:rPr>
  </w:style>
  <w:style w:type="paragraph" w:styleId="affb">
    <w:name w:val="Normal (Web)"/>
    <w:basedOn w:val="a1"/>
    <w:uiPriority w:val="99"/>
    <w:semiHidden/>
    <w:unhideWhenUsed/>
    <w:rsid w:val="005733E3"/>
    <w:rPr>
      <w:rFonts w:cs="Times New Roman"/>
      <w:szCs w:val="24"/>
    </w:rPr>
  </w:style>
  <w:style w:type="paragraph" w:styleId="affc">
    <w:name w:val="Balloon Text"/>
    <w:basedOn w:val="a1"/>
    <w:link w:val="affd"/>
    <w:uiPriority w:val="99"/>
    <w:semiHidden/>
    <w:unhideWhenUsed/>
    <w:rsid w:val="008B61D4"/>
    <w:pPr>
      <w:spacing w:after="0" w:line="240" w:lineRule="auto"/>
    </w:pPr>
    <w:rPr>
      <w:rFonts w:ascii="Segoe UI" w:hAnsi="Segoe UI" w:cs="Segoe UI"/>
      <w:sz w:val="18"/>
      <w:szCs w:val="18"/>
    </w:rPr>
  </w:style>
  <w:style w:type="character" w:customStyle="1" w:styleId="affd">
    <w:name w:val="Текст выноски Знак"/>
    <w:basedOn w:val="a2"/>
    <w:link w:val="affc"/>
    <w:uiPriority w:val="99"/>
    <w:semiHidden/>
    <w:rsid w:val="008B61D4"/>
    <w:rPr>
      <w:rFonts w:ascii="Segoe UI" w:hAnsi="Segoe UI" w:cs="Segoe UI"/>
      <w:sz w:val="18"/>
      <w:szCs w:val="18"/>
    </w:rPr>
  </w:style>
  <w:style w:type="character" w:customStyle="1" w:styleId="2c">
    <w:name w:val="Неразрешенное упоминание2"/>
    <w:basedOn w:val="a2"/>
    <w:uiPriority w:val="99"/>
    <w:semiHidden/>
    <w:unhideWhenUsed/>
    <w:rsid w:val="003F712D"/>
    <w:rPr>
      <w:color w:val="605E5C"/>
      <w:shd w:val="clear" w:color="auto" w:fill="E1DFDD"/>
    </w:rPr>
  </w:style>
  <w:style w:type="character" w:customStyle="1" w:styleId="UnresolvedMention">
    <w:name w:val="Unresolved Mention"/>
    <w:basedOn w:val="a2"/>
    <w:uiPriority w:val="99"/>
    <w:semiHidden/>
    <w:unhideWhenUsed/>
    <w:rsid w:val="008A7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09547">
      <w:bodyDiv w:val="1"/>
      <w:marLeft w:val="0"/>
      <w:marRight w:val="0"/>
      <w:marTop w:val="0"/>
      <w:marBottom w:val="0"/>
      <w:divBdr>
        <w:top w:val="none" w:sz="0" w:space="0" w:color="auto"/>
        <w:left w:val="none" w:sz="0" w:space="0" w:color="auto"/>
        <w:bottom w:val="none" w:sz="0" w:space="0" w:color="auto"/>
        <w:right w:val="none" w:sz="0" w:space="0" w:color="auto"/>
      </w:divBdr>
    </w:div>
    <w:div w:id="518813684">
      <w:bodyDiv w:val="1"/>
      <w:marLeft w:val="0"/>
      <w:marRight w:val="0"/>
      <w:marTop w:val="0"/>
      <w:marBottom w:val="0"/>
      <w:divBdr>
        <w:top w:val="none" w:sz="0" w:space="0" w:color="auto"/>
        <w:left w:val="none" w:sz="0" w:space="0" w:color="auto"/>
        <w:bottom w:val="none" w:sz="0" w:space="0" w:color="auto"/>
        <w:right w:val="none" w:sz="0" w:space="0" w:color="auto"/>
      </w:divBdr>
      <w:divsChild>
        <w:div w:id="1775437844">
          <w:marLeft w:val="0"/>
          <w:marRight w:val="0"/>
          <w:marTop w:val="0"/>
          <w:marBottom w:val="0"/>
          <w:divBdr>
            <w:top w:val="none" w:sz="0" w:space="0" w:color="auto"/>
            <w:left w:val="none" w:sz="0" w:space="0" w:color="auto"/>
            <w:bottom w:val="none" w:sz="0" w:space="0" w:color="auto"/>
            <w:right w:val="none" w:sz="0" w:space="0" w:color="auto"/>
          </w:divBdr>
        </w:div>
        <w:div w:id="1887449113">
          <w:marLeft w:val="0"/>
          <w:marRight w:val="0"/>
          <w:marTop w:val="0"/>
          <w:marBottom w:val="0"/>
          <w:divBdr>
            <w:top w:val="none" w:sz="0" w:space="0" w:color="auto"/>
            <w:left w:val="none" w:sz="0" w:space="0" w:color="auto"/>
            <w:bottom w:val="none" w:sz="0" w:space="0" w:color="auto"/>
            <w:right w:val="none" w:sz="0" w:space="0" w:color="auto"/>
          </w:divBdr>
        </w:div>
        <w:div w:id="1114011525">
          <w:marLeft w:val="0"/>
          <w:marRight w:val="0"/>
          <w:marTop w:val="0"/>
          <w:marBottom w:val="0"/>
          <w:divBdr>
            <w:top w:val="none" w:sz="0" w:space="0" w:color="auto"/>
            <w:left w:val="none" w:sz="0" w:space="0" w:color="auto"/>
            <w:bottom w:val="none" w:sz="0" w:space="0" w:color="auto"/>
            <w:right w:val="none" w:sz="0" w:space="0" w:color="auto"/>
          </w:divBdr>
        </w:div>
        <w:div w:id="1108504204">
          <w:marLeft w:val="0"/>
          <w:marRight w:val="0"/>
          <w:marTop w:val="0"/>
          <w:marBottom w:val="0"/>
          <w:divBdr>
            <w:top w:val="none" w:sz="0" w:space="0" w:color="auto"/>
            <w:left w:val="none" w:sz="0" w:space="0" w:color="auto"/>
            <w:bottom w:val="none" w:sz="0" w:space="0" w:color="auto"/>
            <w:right w:val="none" w:sz="0" w:space="0" w:color="auto"/>
          </w:divBdr>
        </w:div>
      </w:divsChild>
    </w:div>
    <w:div w:id="600455505">
      <w:bodyDiv w:val="1"/>
      <w:marLeft w:val="0"/>
      <w:marRight w:val="0"/>
      <w:marTop w:val="0"/>
      <w:marBottom w:val="0"/>
      <w:divBdr>
        <w:top w:val="none" w:sz="0" w:space="0" w:color="auto"/>
        <w:left w:val="none" w:sz="0" w:space="0" w:color="auto"/>
        <w:bottom w:val="none" w:sz="0" w:space="0" w:color="auto"/>
        <w:right w:val="none" w:sz="0" w:space="0" w:color="auto"/>
      </w:divBdr>
    </w:div>
    <w:div w:id="615646489">
      <w:bodyDiv w:val="1"/>
      <w:marLeft w:val="0"/>
      <w:marRight w:val="0"/>
      <w:marTop w:val="0"/>
      <w:marBottom w:val="0"/>
      <w:divBdr>
        <w:top w:val="none" w:sz="0" w:space="0" w:color="auto"/>
        <w:left w:val="none" w:sz="0" w:space="0" w:color="auto"/>
        <w:bottom w:val="none" w:sz="0" w:space="0" w:color="auto"/>
        <w:right w:val="none" w:sz="0" w:space="0" w:color="auto"/>
      </w:divBdr>
    </w:div>
    <w:div w:id="671107312">
      <w:bodyDiv w:val="1"/>
      <w:marLeft w:val="0"/>
      <w:marRight w:val="0"/>
      <w:marTop w:val="0"/>
      <w:marBottom w:val="0"/>
      <w:divBdr>
        <w:top w:val="none" w:sz="0" w:space="0" w:color="auto"/>
        <w:left w:val="none" w:sz="0" w:space="0" w:color="auto"/>
        <w:bottom w:val="none" w:sz="0" w:space="0" w:color="auto"/>
        <w:right w:val="none" w:sz="0" w:space="0" w:color="auto"/>
      </w:divBdr>
      <w:divsChild>
        <w:div w:id="1125809388">
          <w:marLeft w:val="0"/>
          <w:marRight w:val="0"/>
          <w:marTop w:val="0"/>
          <w:marBottom w:val="0"/>
          <w:divBdr>
            <w:top w:val="none" w:sz="0" w:space="0" w:color="auto"/>
            <w:left w:val="none" w:sz="0" w:space="0" w:color="auto"/>
            <w:bottom w:val="none" w:sz="0" w:space="0" w:color="auto"/>
            <w:right w:val="none" w:sz="0" w:space="0" w:color="auto"/>
          </w:divBdr>
        </w:div>
        <w:div w:id="557939186">
          <w:marLeft w:val="0"/>
          <w:marRight w:val="0"/>
          <w:marTop w:val="0"/>
          <w:marBottom w:val="0"/>
          <w:divBdr>
            <w:top w:val="none" w:sz="0" w:space="0" w:color="auto"/>
            <w:left w:val="none" w:sz="0" w:space="0" w:color="auto"/>
            <w:bottom w:val="none" w:sz="0" w:space="0" w:color="auto"/>
            <w:right w:val="none" w:sz="0" w:space="0" w:color="auto"/>
          </w:divBdr>
        </w:div>
        <w:div w:id="1683429519">
          <w:marLeft w:val="0"/>
          <w:marRight w:val="0"/>
          <w:marTop w:val="0"/>
          <w:marBottom w:val="0"/>
          <w:divBdr>
            <w:top w:val="none" w:sz="0" w:space="0" w:color="auto"/>
            <w:left w:val="none" w:sz="0" w:space="0" w:color="auto"/>
            <w:bottom w:val="none" w:sz="0" w:space="0" w:color="auto"/>
            <w:right w:val="none" w:sz="0" w:space="0" w:color="auto"/>
          </w:divBdr>
        </w:div>
        <w:div w:id="723798773">
          <w:marLeft w:val="0"/>
          <w:marRight w:val="0"/>
          <w:marTop w:val="0"/>
          <w:marBottom w:val="0"/>
          <w:divBdr>
            <w:top w:val="none" w:sz="0" w:space="0" w:color="auto"/>
            <w:left w:val="none" w:sz="0" w:space="0" w:color="auto"/>
            <w:bottom w:val="none" w:sz="0" w:space="0" w:color="auto"/>
            <w:right w:val="none" w:sz="0" w:space="0" w:color="auto"/>
          </w:divBdr>
        </w:div>
      </w:divsChild>
    </w:div>
    <w:div w:id="878279167">
      <w:bodyDiv w:val="1"/>
      <w:marLeft w:val="0"/>
      <w:marRight w:val="0"/>
      <w:marTop w:val="0"/>
      <w:marBottom w:val="0"/>
      <w:divBdr>
        <w:top w:val="none" w:sz="0" w:space="0" w:color="auto"/>
        <w:left w:val="none" w:sz="0" w:space="0" w:color="auto"/>
        <w:bottom w:val="none" w:sz="0" w:space="0" w:color="auto"/>
        <w:right w:val="none" w:sz="0" w:space="0" w:color="auto"/>
      </w:divBdr>
      <w:divsChild>
        <w:div w:id="636298491">
          <w:marLeft w:val="0"/>
          <w:marRight w:val="0"/>
          <w:marTop w:val="0"/>
          <w:marBottom w:val="0"/>
          <w:divBdr>
            <w:top w:val="none" w:sz="0" w:space="0" w:color="auto"/>
            <w:left w:val="none" w:sz="0" w:space="0" w:color="auto"/>
            <w:bottom w:val="none" w:sz="0" w:space="0" w:color="auto"/>
            <w:right w:val="none" w:sz="0" w:space="0" w:color="auto"/>
          </w:divBdr>
        </w:div>
      </w:divsChild>
    </w:div>
    <w:div w:id="1430194321">
      <w:bodyDiv w:val="1"/>
      <w:marLeft w:val="0"/>
      <w:marRight w:val="0"/>
      <w:marTop w:val="0"/>
      <w:marBottom w:val="0"/>
      <w:divBdr>
        <w:top w:val="none" w:sz="0" w:space="0" w:color="auto"/>
        <w:left w:val="none" w:sz="0" w:space="0" w:color="auto"/>
        <w:bottom w:val="none" w:sz="0" w:space="0" w:color="auto"/>
        <w:right w:val="none" w:sz="0" w:space="0" w:color="auto"/>
      </w:divBdr>
    </w:div>
    <w:div w:id="1442799419">
      <w:bodyDiv w:val="1"/>
      <w:marLeft w:val="0"/>
      <w:marRight w:val="0"/>
      <w:marTop w:val="0"/>
      <w:marBottom w:val="0"/>
      <w:divBdr>
        <w:top w:val="none" w:sz="0" w:space="0" w:color="auto"/>
        <w:left w:val="none" w:sz="0" w:space="0" w:color="auto"/>
        <w:bottom w:val="none" w:sz="0" w:space="0" w:color="auto"/>
        <w:right w:val="none" w:sz="0" w:space="0" w:color="auto"/>
      </w:divBdr>
    </w:div>
    <w:div w:id="1508444519">
      <w:bodyDiv w:val="1"/>
      <w:marLeft w:val="0"/>
      <w:marRight w:val="0"/>
      <w:marTop w:val="0"/>
      <w:marBottom w:val="0"/>
      <w:divBdr>
        <w:top w:val="none" w:sz="0" w:space="0" w:color="auto"/>
        <w:left w:val="none" w:sz="0" w:space="0" w:color="auto"/>
        <w:bottom w:val="none" w:sz="0" w:space="0" w:color="auto"/>
        <w:right w:val="none" w:sz="0" w:space="0" w:color="auto"/>
      </w:divBdr>
    </w:div>
    <w:div w:id="1568147371">
      <w:bodyDiv w:val="1"/>
      <w:marLeft w:val="0"/>
      <w:marRight w:val="0"/>
      <w:marTop w:val="0"/>
      <w:marBottom w:val="0"/>
      <w:divBdr>
        <w:top w:val="none" w:sz="0" w:space="0" w:color="auto"/>
        <w:left w:val="none" w:sz="0" w:space="0" w:color="auto"/>
        <w:bottom w:val="none" w:sz="0" w:space="0" w:color="auto"/>
        <w:right w:val="none" w:sz="0" w:space="0" w:color="auto"/>
      </w:divBdr>
    </w:div>
    <w:div w:id="1616518670">
      <w:bodyDiv w:val="1"/>
      <w:marLeft w:val="0"/>
      <w:marRight w:val="0"/>
      <w:marTop w:val="0"/>
      <w:marBottom w:val="0"/>
      <w:divBdr>
        <w:top w:val="none" w:sz="0" w:space="0" w:color="auto"/>
        <w:left w:val="none" w:sz="0" w:space="0" w:color="auto"/>
        <w:bottom w:val="none" w:sz="0" w:space="0" w:color="auto"/>
        <w:right w:val="none" w:sz="0" w:space="0" w:color="auto"/>
      </w:divBdr>
      <w:divsChild>
        <w:div w:id="56252143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nd87.ru" TargetMode="External"/><Relationship Id="rId13" Type="http://schemas.openxmlformats.org/officeDocument/2006/relationships/hyperlink" Target="https://chukotkaexport.ru" TargetMode="External"/><Relationship Id="rId18" Type="http://schemas.openxmlformats.org/officeDocument/2006/relationships/hyperlink" Target="https://chukotkaexport.ru" TargetMode="External"/><Relationship Id="rId3" Type="http://schemas.openxmlformats.org/officeDocument/2006/relationships/styles" Target="styles.xml"/><Relationship Id="rId21" Type="http://schemas.openxmlformats.org/officeDocument/2006/relationships/hyperlink" Target="https://fond87.ru" TargetMode="External"/><Relationship Id="rId7" Type="http://schemas.openxmlformats.org/officeDocument/2006/relationships/endnotes" Target="endnotes.xml"/><Relationship Id="rId12" Type="http://schemas.openxmlformats.org/officeDocument/2006/relationships/hyperlink" Target="https://www.chukotka-invest.ru" TargetMode="External"/><Relationship Id="rId17" Type="http://schemas.openxmlformats.org/officeDocument/2006/relationships/hyperlink" Target="https://www.chukotka-invest.ru" TargetMode="External"/><Relationship Id="rId2" Type="http://schemas.openxmlformats.org/officeDocument/2006/relationships/numbering" Target="numbering.xml"/><Relationship Id="rId16" Type="http://schemas.openxmlformats.org/officeDocument/2006/relationships/hyperlink" Target="https://fond87.ru" TargetMode="External"/><Relationship Id="rId20" Type="http://schemas.openxmlformats.org/officeDocument/2006/relationships/hyperlink" Target="https://fond87.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nd87.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ail@fond87.ru" TargetMode="External"/><Relationship Id="rId23" Type="http://schemas.openxmlformats.org/officeDocument/2006/relationships/fontTable" Target="fontTable.xml"/><Relationship Id="rId10" Type="http://schemas.openxmlformats.org/officeDocument/2006/relationships/hyperlink" Target="https://chukotkaexport.ru" TargetMode="External"/><Relationship Id="rId19" Type="http://schemas.openxmlformats.org/officeDocument/2006/relationships/hyperlink" Target="https://www.chukotka-invest.ru" TargetMode="External"/><Relationship Id="rId4" Type="http://schemas.openxmlformats.org/officeDocument/2006/relationships/settings" Target="settings.xml"/><Relationship Id="rId9" Type="http://schemas.openxmlformats.org/officeDocument/2006/relationships/hyperlink" Target="https://www.chukotka-invest.ru" TargetMode="External"/><Relationship Id="rId14" Type="http://schemas.openxmlformats.org/officeDocument/2006/relationships/hyperlink" Target="file:///C:\Users\natala\Downloads\mail@fond87.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76845-860F-46BE-A208-456B02E7F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4510</Words>
  <Characters>25711</Characters>
  <Application>Microsoft Office Word</Application>
  <DocSecurity>0</DocSecurity>
  <Lines>214</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30161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Максим Петрович Чучмар</cp:lastModifiedBy>
  <cp:revision>4</cp:revision>
  <cp:lastPrinted>2025-12-02T00:27:00Z</cp:lastPrinted>
  <dcterms:created xsi:type="dcterms:W3CDTF">2026-09-01T23:03:00Z</dcterms:created>
  <dcterms:modified xsi:type="dcterms:W3CDTF">2026-09-02T04:42:00Z</dcterms:modified>
  <cp:category/>
</cp:coreProperties>
</file>